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1FC61" w14:textId="5206AEC7" w:rsidR="00782EAB" w:rsidRDefault="009148DA">
      <w:r>
        <w:rPr>
          <w:noProof/>
        </w:rPr>
        <w:drawing>
          <wp:anchor distT="0" distB="0" distL="114300" distR="114300" simplePos="0" relativeHeight="251658240" behindDoc="1" locked="1" layoutInCell="1" allowOverlap="1" wp14:anchorId="2A9FD3F8" wp14:editId="6D01A65A">
            <wp:simplePos x="0" y="0"/>
            <wp:positionH relativeFrom="page">
              <wp:align>left</wp:align>
            </wp:positionH>
            <wp:positionV relativeFrom="paragraph">
              <wp:posOffset>-435610</wp:posOffset>
            </wp:positionV>
            <wp:extent cx="7747200" cy="10026000"/>
            <wp:effectExtent l="0" t="0" r="6350" b="0"/>
            <wp:wrapNone/>
            <wp:docPr id="147637357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373575"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747200" cy="10026000"/>
                    </a:xfrm>
                    <a:prstGeom prst="rect">
                      <a:avLst/>
                    </a:prstGeom>
                  </pic:spPr>
                </pic:pic>
              </a:graphicData>
            </a:graphic>
            <wp14:sizeRelH relativeFrom="margin">
              <wp14:pctWidth>0</wp14:pctWidth>
            </wp14:sizeRelH>
            <wp14:sizeRelV relativeFrom="margin">
              <wp14:pctHeight>0</wp14:pctHeight>
            </wp14:sizeRelV>
          </wp:anchor>
        </w:drawing>
      </w:r>
    </w:p>
    <w:p w14:paraId="1F183700" w14:textId="77777777" w:rsidR="001677C0" w:rsidRDefault="001677C0"/>
    <w:p w14:paraId="28C083E5" w14:textId="77777777" w:rsidR="001677C0" w:rsidRDefault="001677C0"/>
    <w:p w14:paraId="54C1A8FF" w14:textId="77777777" w:rsidR="001677C0" w:rsidRDefault="001677C0"/>
    <w:p w14:paraId="6F6E42FD" w14:textId="77777777" w:rsidR="001677C0" w:rsidRDefault="001677C0"/>
    <w:p w14:paraId="2AE05D95" w14:textId="77777777" w:rsidR="001677C0" w:rsidRDefault="001677C0"/>
    <w:p w14:paraId="5CB0D0DB" w14:textId="77777777" w:rsidR="001677C0" w:rsidRDefault="001677C0"/>
    <w:p w14:paraId="46C85811" w14:textId="77777777" w:rsidR="001677C0" w:rsidRDefault="001677C0"/>
    <w:p w14:paraId="5B8D6274" w14:textId="1BF99CF2" w:rsidR="001677C0" w:rsidRDefault="001677C0"/>
    <w:p w14:paraId="557F3682" w14:textId="77777777" w:rsidR="001677C0" w:rsidRDefault="001677C0"/>
    <w:p w14:paraId="17C9E93F" w14:textId="77777777" w:rsidR="001677C0" w:rsidRDefault="001677C0"/>
    <w:p w14:paraId="60D624C5" w14:textId="77777777" w:rsidR="00C30E5D" w:rsidRDefault="00C30E5D"/>
    <w:p w14:paraId="451C973B" w14:textId="77777777" w:rsidR="00C30E5D" w:rsidRDefault="00C30E5D"/>
    <w:p w14:paraId="32DB8337" w14:textId="77777777" w:rsidR="00C30E5D" w:rsidRDefault="00C30E5D"/>
    <w:p w14:paraId="4B14A535" w14:textId="77777777" w:rsidR="00C30E5D" w:rsidRDefault="00C30E5D"/>
    <w:p w14:paraId="53597B4E" w14:textId="77777777" w:rsidR="00C30E5D" w:rsidRDefault="00C30E5D"/>
    <w:p w14:paraId="5DF1C05D" w14:textId="77777777" w:rsidR="00C30E5D" w:rsidRDefault="00C30E5D"/>
    <w:p w14:paraId="6BF7C8C7" w14:textId="77777777" w:rsidR="00C30E5D" w:rsidRDefault="00C30E5D"/>
    <w:p w14:paraId="3D31585F" w14:textId="77777777" w:rsidR="00C30E5D" w:rsidRDefault="00C30E5D"/>
    <w:p w14:paraId="1BA07C39" w14:textId="77777777" w:rsidR="00C30E5D" w:rsidRDefault="00C30E5D"/>
    <w:p w14:paraId="4AD19022" w14:textId="77777777" w:rsidR="00C30E5D" w:rsidRDefault="00C30E5D"/>
    <w:p w14:paraId="7F84AD4C" w14:textId="77777777" w:rsidR="00C30E5D" w:rsidRDefault="00C30E5D"/>
    <w:p w14:paraId="387EFF39" w14:textId="77777777" w:rsidR="00C30E5D" w:rsidRDefault="00C30E5D"/>
    <w:p w14:paraId="7C84C55E" w14:textId="77777777" w:rsidR="00C30E5D" w:rsidRDefault="00C30E5D"/>
    <w:p w14:paraId="46B50915" w14:textId="77777777" w:rsidR="00323A03" w:rsidRDefault="00323A03">
      <w:pPr>
        <w:rPr>
          <w:rFonts w:ascii="Arial" w:hAnsi="Arial" w:cs="Arial"/>
          <w:b/>
          <w:bCs/>
          <w:sz w:val="40"/>
          <w:szCs w:val="40"/>
        </w:rPr>
      </w:pPr>
    </w:p>
    <w:p w14:paraId="335D9816" w14:textId="77777777" w:rsidR="00323A03" w:rsidRDefault="00323A03">
      <w:pPr>
        <w:rPr>
          <w:rFonts w:ascii="Arial" w:hAnsi="Arial" w:cs="Arial"/>
          <w:b/>
          <w:bCs/>
          <w:sz w:val="40"/>
          <w:szCs w:val="40"/>
        </w:rPr>
      </w:pPr>
    </w:p>
    <w:p w14:paraId="27909058" w14:textId="77777777" w:rsidR="00323A03" w:rsidRDefault="00323A03">
      <w:pPr>
        <w:rPr>
          <w:rFonts w:ascii="Arial" w:hAnsi="Arial" w:cs="Arial"/>
          <w:b/>
          <w:bCs/>
          <w:sz w:val="40"/>
          <w:szCs w:val="40"/>
        </w:rPr>
      </w:pPr>
    </w:p>
    <w:p w14:paraId="557D3D0F" w14:textId="5FA28C90" w:rsidR="00C30E5D" w:rsidRPr="00C30E5D" w:rsidRDefault="00C30E5D">
      <w:pPr>
        <w:rPr>
          <w:rFonts w:ascii="Arial" w:hAnsi="Arial" w:cs="Arial"/>
          <w:b/>
          <w:bCs/>
        </w:rPr>
      </w:pPr>
      <w:r w:rsidRPr="00C30E5D">
        <w:rPr>
          <w:rFonts w:ascii="Arial" w:hAnsi="Arial" w:cs="Arial"/>
          <w:b/>
          <w:bCs/>
          <w:sz w:val="40"/>
          <w:szCs w:val="40"/>
        </w:rPr>
        <w:lastRenderedPageBreak/>
        <w:t xml:space="preserve">Application Form </w:t>
      </w:r>
      <w:r w:rsidRPr="00C30E5D">
        <w:rPr>
          <w:rFonts w:ascii="Arial" w:hAnsi="Arial" w:cs="Arial"/>
          <w:b/>
          <w:bCs/>
          <w:sz w:val="40"/>
          <w:szCs w:val="40"/>
        </w:rPr>
        <w:br/>
      </w:r>
      <w:r w:rsidRPr="008D3BEF">
        <w:rPr>
          <w:rFonts w:ascii="Arial" w:hAnsi="Arial" w:cs="Arial"/>
          <w:b/>
          <w:bCs/>
          <w:color w:val="486F27"/>
          <w:sz w:val="40"/>
          <w:szCs w:val="40"/>
        </w:rPr>
        <w:t xml:space="preserve">Screen Education Fund </w:t>
      </w:r>
    </w:p>
    <w:p w14:paraId="1E9F8EF2" w14:textId="51F46E93" w:rsidR="00C30E5D" w:rsidRPr="00C30E5D" w:rsidRDefault="00C30E5D">
      <w:pPr>
        <w:rPr>
          <w:rFonts w:ascii="Arial" w:hAnsi="Arial" w:cs="Arial"/>
          <w:b/>
          <w:bCs/>
        </w:rPr>
      </w:pPr>
      <w:r w:rsidRPr="00C30E5D">
        <w:rPr>
          <w:rFonts w:ascii="Arial" w:hAnsi="Arial" w:cs="Arial"/>
          <w:b/>
          <w:bCs/>
          <w:sz w:val="32"/>
          <w:szCs w:val="32"/>
        </w:rPr>
        <w:t xml:space="preserve">Advice and Information </w:t>
      </w:r>
    </w:p>
    <w:p w14:paraId="3CEA97BE" w14:textId="1E6B7030" w:rsidR="00937214" w:rsidRPr="00937214" w:rsidRDefault="00C30E5D" w:rsidP="00937214">
      <w:pPr>
        <w:rPr>
          <w:rFonts w:ascii="Arial" w:hAnsi="Arial" w:cs="Arial"/>
        </w:rPr>
      </w:pPr>
      <w:r>
        <w:rPr>
          <w:rFonts w:ascii="Arial" w:hAnsi="Arial" w:cs="Arial"/>
        </w:rPr>
        <w:t>Please read the Screen Education Fund guidance in full before making an application.</w:t>
      </w:r>
      <w:r w:rsidR="00937214">
        <w:rPr>
          <w:rFonts w:ascii="Arial" w:hAnsi="Arial" w:cs="Arial"/>
        </w:rPr>
        <w:t xml:space="preserve"> </w:t>
      </w:r>
    </w:p>
    <w:p w14:paraId="05FA43AC" w14:textId="0AA80FC9" w:rsidR="00C30E5D" w:rsidRDefault="00937214" w:rsidP="00937214">
      <w:pPr>
        <w:rPr>
          <w:rFonts w:ascii="Arial" w:hAnsi="Arial" w:cs="Arial"/>
        </w:rPr>
      </w:pPr>
      <w:r>
        <w:rPr>
          <w:rFonts w:ascii="Arial" w:hAnsi="Arial" w:cs="Arial"/>
        </w:rPr>
        <w:t xml:space="preserve">You must </w:t>
      </w:r>
      <w:r w:rsidRPr="00937214">
        <w:rPr>
          <w:rFonts w:ascii="Arial" w:hAnsi="Arial" w:cs="Arial"/>
        </w:rPr>
        <w:t>complete all relevant sections of this form</w:t>
      </w:r>
      <w:r>
        <w:rPr>
          <w:rFonts w:ascii="Arial" w:hAnsi="Arial" w:cs="Arial"/>
        </w:rPr>
        <w:t xml:space="preserve"> and aim to </w:t>
      </w:r>
      <w:r w:rsidR="60303313" w:rsidRPr="5B74091E">
        <w:rPr>
          <w:rFonts w:ascii="Arial" w:hAnsi="Arial" w:cs="Arial"/>
        </w:rPr>
        <w:t>keep</w:t>
      </w:r>
      <w:r w:rsidR="00216669">
        <w:rPr>
          <w:rFonts w:ascii="Arial" w:hAnsi="Arial" w:cs="Arial"/>
        </w:rPr>
        <w:t xml:space="preserve"> </w:t>
      </w:r>
      <w:r w:rsidRPr="5B74091E">
        <w:rPr>
          <w:rFonts w:ascii="Arial" w:hAnsi="Arial" w:cs="Arial"/>
        </w:rPr>
        <w:t>responses</w:t>
      </w:r>
      <w:r w:rsidRPr="00937214">
        <w:rPr>
          <w:rFonts w:ascii="Arial" w:hAnsi="Arial" w:cs="Arial"/>
        </w:rPr>
        <w:t xml:space="preserve"> clear and concise. </w:t>
      </w:r>
    </w:p>
    <w:p w14:paraId="355854AD" w14:textId="71E8D26B" w:rsidR="00C30E5D" w:rsidRPr="00AC1BEB" w:rsidRDefault="00C30E5D" w:rsidP="00AC1BEB">
      <w:pPr>
        <w:rPr>
          <w:rFonts w:ascii="Arial" w:hAnsi="Arial" w:cs="Arial"/>
        </w:rPr>
      </w:pPr>
      <w:r>
        <w:rPr>
          <w:rFonts w:ascii="Arial" w:hAnsi="Arial" w:cs="Arial"/>
        </w:rPr>
        <w:t>If you have any general enquiries about the application process, guidance or application form</w:t>
      </w:r>
      <w:r w:rsidR="00E128D5">
        <w:rPr>
          <w:rFonts w:ascii="Arial" w:hAnsi="Arial" w:cs="Arial"/>
        </w:rPr>
        <w:t>, please contact us.</w:t>
      </w:r>
      <w:r>
        <w:rPr>
          <w:rFonts w:ascii="Arial" w:hAnsi="Arial" w:cs="Arial"/>
        </w:rPr>
        <w:t xml:space="preserve"> </w:t>
      </w:r>
    </w:p>
    <w:p w14:paraId="7B40B727" w14:textId="52B4425C" w:rsidR="00AC1BEB" w:rsidRPr="00260BE3" w:rsidRDefault="00260BE3" w:rsidP="00AC1BEB">
      <w:pPr>
        <w:rPr>
          <w:rFonts w:ascii="Arial" w:hAnsi="Arial" w:cs="Arial"/>
          <w:b/>
          <w:bCs/>
        </w:rPr>
      </w:pPr>
      <w:r w:rsidRPr="00C6457C">
        <w:rPr>
          <w:rFonts w:ascii="Arial" w:hAnsi="Arial" w:cs="Arial"/>
          <w:b/>
          <w:bCs/>
          <w:sz w:val="32"/>
          <w:szCs w:val="32"/>
        </w:rPr>
        <w:t>Alternative Formats and Languages</w:t>
      </w:r>
    </w:p>
    <w:p w14:paraId="7CBF3D7D" w14:textId="77777777" w:rsidR="00AC1BEB" w:rsidRPr="00B86761" w:rsidRDefault="00AC1BEB" w:rsidP="00AC1BEB">
      <w:pPr>
        <w:rPr>
          <w:rFonts w:ascii="Arial" w:hAnsi="Arial" w:cs="Arial"/>
          <w:lang w:val="en-GB"/>
        </w:rPr>
      </w:pPr>
      <w:r w:rsidRPr="00AC1BEB">
        <w:rPr>
          <w:rFonts w:ascii="Arial" w:hAnsi="Arial" w:cs="Arial"/>
          <w:lang w:val="en-GB"/>
        </w:rPr>
        <w:t xml:space="preserve">Our published materials, including funding guidance and application forms, can be made available in other </w:t>
      </w:r>
      <w:r w:rsidRPr="00B86761">
        <w:rPr>
          <w:rFonts w:ascii="Arial" w:hAnsi="Arial" w:cs="Arial"/>
          <w:lang w:val="en-GB"/>
        </w:rPr>
        <w:t>formats as required.  </w:t>
      </w:r>
    </w:p>
    <w:p w14:paraId="5AF99FCB" w14:textId="77777777" w:rsidR="00B86761" w:rsidRPr="00B86761" w:rsidRDefault="00AC1BEB" w:rsidP="00AC1BEB">
      <w:pPr>
        <w:rPr>
          <w:rFonts w:ascii="Arial" w:hAnsi="Arial" w:cs="Arial"/>
          <w:lang w:val="en-GB"/>
        </w:rPr>
      </w:pPr>
      <w:r w:rsidRPr="00B86761">
        <w:rPr>
          <w:rFonts w:ascii="Arial" w:hAnsi="Arial" w:cs="Arial"/>
          <w:lang w:val="en-GB"/>
        </w:rPr>
        <w:t>We can accept applications and supporting materials which are written in English, Gaelic or Scots. </w:t>
      </w:r>
    </w:p>
    <w:p w14:paraId="588FAA9A" w14:textId="73527E2B" w:rsidR="00AC1BEB" w:rsidRPr="00B86761" w:rsidRDefault="00B86761" w:rsidP="00B86761">
      <w:pPr>
        <w:rPr>
          <w:rFonts w:ascii="Arial" w:eastAsiaTheme="majorEastAsia" w:hAnsi="Arial" w:cs="Arial"/>
          <w:lang w:val="en-GB"/>
        </w:rPr>
      </w:pPr>
      <w:r w:rsidRPr="00B86761">
        <w:rPr>
          <w:rFonts w:ascii="Arial" w:eastAsiaTheme="majorEastAsia" w:hAnsi="Arial" w:cs="Arial"/>
          <w:lang w:val="en-GB"/>
        </w:rPr>
        <w:t>To request materials in other formats or languages contact our Enquiries Service by emailing: </w:t>
      </w:r>
      <w:hyperlink r:id="rId12" w:history="1">
        <w:r w:rsidRPr="008D3BEF">
          <w:rPr>
            <w:rStyle w:val="Hyperlink"/>
            <w:rFonts w:ascii="Arial" w:eastAsiaTheme="majorEastAsia" w:hAnsi="Arial" w:cs="Arial"/>
            <w:b/>
            <w:bCs/>
            <w:color w:val="486F27"/>
            <w:lang w:val="en-GB"/>
          </w:rPr>
          <w:t>enquiries@creativescotland.com</w:t>
        </w:r>
      </w:hyperlink>
      <w:r w:rsidRPr="008D3BEF">
        <w:rPr>
          <w:rFonts w:ascii="Arial" w:eastAsiaTheme="majorEastAsia" w:hAnsi="Arial" w:cs="Arial"/>
          <w:color w:val="486F27"/>
          <w:lang w:val="en-GB"/>
        </w:rPr>
        <w:t>  </w:t>
      </w:r>
    </w:p>
    <w:p w14:paraId="73964D2D" w14:textId="3F5DAD02" w:rsidR="00E128D5" w:rsidRPr="00B86761" w:rsidRDefault="00E128D5" w:rsidP="00AC1BEB">
      <w:pPr>
        <w:rPr>
          <w:rFonts w:ascii="Arial" w:hAnsi="Arial" w:cs="Arial"/>
          <w:b/>
          <w:bCs/>
          <w:lang w:val="en-GB"/>
        </w:rPr>
      </w:pPr>
      <w:r w:rsidRPr="00C6457C">
        <w:rPr>
          <w:rFonts w:ascii="Arial" w:hAnsi="Arial" w:cs="Arial"/>
          <w:b/>
          <w:bCs/>
          <w:sz w:val="32"/>
          <w:szCs w:val="32"/>
          <w:lang w:val="en-GB"/>
        </w:rPr>
        <w:t>Access Support</w:t>
      </w:r>
    </w:p>
    <w:p w14:paraId="1A90BED9" w14:textId="77777777" w:rsidR="00AC1BEB" w:rsidRPr="00B86761" w:rsidRDefault="00AC1BEB" w:rsidP="00AC1BEB">
      <w:pPr>
        <w:rPr>
          <w:rFonts w:ascii="Arial" w:hAnsi="Arial" w:cs="Arial"/>
          <w:lang w:val="en-GB"/>
        </w:rPr>
      </w:pPr>
      <w:r w:rsidRPr="00B86761">
        <w:rPr>
          <w:rFonts w:ascii="Arial" w:hAnsi="Arial" w:cs="Arial"/>
          <w:lang w:val="en-GB"/>
        </w:rPr>
        <w:t>We can help cover the cost of services that support you in applying for our funding. Access support is available to individuals or the lead applicant of a group who are defined as disabled under the Equality Act 2010, such as:  </w:t>
      </w:r>
    </w:p>
    <w:p w14:paraId="3DF649B3" w14:textId="77777777" w:rsidR="00AC1BEB" w:rsidRPr="00B86761" w:rsidRDefault="00AC1BEB" w:rsidP="00260BE3">
      <w:pPr>
        <w:numPr>
          <w:ilvl w:val="0"/>
          <w:numId w:val="11"/>
        </w:numPr>
        <w:spacing w:after="0"/>
        <w:rPr>
          <w:rFonts w:ascii="Arial" w:hAnsi="Arial" w:cs="Arial"/>
          <w:lang w:val="en-GB"/>
        </w:rPr>
      </w:pPr>
      <w:r w:rsidRPr="00B86761">
        <w:rPr>
          <w:rFonts w:ascii="Arial" w:hAnsi="Arial" w:cs="Arial"/>
          <w:lang w:val="en-GB"/>
        </w:rPr>
        <w:t>d/Deaf  </w:t>
      </w:r>
    </w:p>
    <w:p w14:paraId="2C761AB7" w14:textId="77777777" w:rsidR="00AC1BEB" w:rsidRPr="00B86761" w:rsidRDefault="00AC1BEB" w:rsidP="00260BE3">
      <w:pPr>
        <w:numPr>
          <w:ilvl w:val="0"/>
          <w:numId w:val="11"/>
        </w:numPr>
        <w:spacing w:after="0"/>
        <w:rPr>
          <w:rFonts w:ascii="Arial" w:hAnsi="Arial" w:cs="Arial"/>
          <w:lang w:val="en-GB"/>
        </w:rPr>
      </w:pPr>
      <w:r w:rsidRPr="00B86761">
        <w:rPr>
          <w:rFonts w:ascii="Arial" w:hAnsi="Arial" w:cs="Arial"/>
          <w:lang w:val="en-GB"/>
        </w:rPr>
        <w:t>Hard of hearing  </w:t>
      </w:r>
    </w:p>
    <w:p w14:paraId="49EBAB48" w14:textId="77777777" w:rsidR="00AC1BEB" w:rsidRPr="00B86761" w:rsidRDefault="00AC1BEB" w:rsidP="00260BE3">
      <w:pPr>
        <w:numPr>
          <w:ilvl w:val="0"/>
          <w:numId w:val="11"/>
        </w:numPr>
        <w:spacing w:after="0"/>
        <w:rPr>
          <w:rFonts w:ascii="Arial" w:hAnsi="Arial" w:cs="Arial"/>
          <w:lang w:val="en-GB"/>
        </w:rPr>
      </w:pPr>
      <w:r w:rsidRPr="00B86761">
        <w:rPr>
          <w:rFonts w:ascii="Arial" w:hAnsi="Arial" w:cs="Arial"/>
          <w:lang w:val="en-GB"/>
        </w:rPr>
        <w:t>Disabled or living with chronic or mental illness  </w:t>
      </w:r>
    </w:p>
    <w:p w14:paraId="7116C9F6" w14:textId="77777777" w:rsidR="00AC1BEB" w:rsidRPr="00B86761" w:rsidRDefault="00AC1BEB" w:rsidP="00260BE3">
      <w:pPr>
        <w:numPr>
          <w:ilvl w:val="0"/>
          <w:numId w:val="11"/>
        </w:numPr>
        <w:spacing w:after="0"/>
        <w:rPr>
          <w:rFonts w:ascii="Arial" w:hAnsi="Arial" w:cs="Arial"/>
          <w:lang w:val="en-GB"/>
        </w:rPr>
      </w:pPr>
      <w:r w:rsidRPr="00B86761">
        <w:rPr>
          <w:rFonts w:ascii="Arial" w:hAnsi="Arial" w:cs="Arial"/>
          <w:lang w:val="en-GB"/>
        </w:rPr>
        <w:t>Neurodivergence (e.g. dyslexia, autism or ADHD).  </w:t>
      </w:r>
    </w:p>
    <w:p w14:paraId="3FB2168F" w14:textId="77777777" w:rsidR="00260BE3" w:rsidRPr="00B86761" w:rsidRDefault="00260BE3" w:rsidP="00260BE3">
      <w:pPr>
        <w:spacing w:after="0"/>
        <w:ind w:left="720"/>
        <w:rPr>
          <w:rFonts w:ascii="Arial" w:hAnsi="Arial" w:cs="Arial"/>
          <w:lang w:val="en-GB"/>
        </w:rPr>
      </w:pPr>
    </w:p>
    <w:p w14:paraId="124ED649" w14:textId="77777777" w:rsidR="00AC1BEB" w:rsidRPr="00B86761" w:rsidRDefault="00AC1BEB" w:rsidP="00AC1BEB">
      <w:pPr>
        <w:rPr>
          <w:rFonts w:ascii="Arial" w:hAnsi="Arial" w:cs="Arial"/>
          <w:lang w:val="en-GB"/>
        </w:rPr>
      </w:pPr>
      <w:r w:rsidRPr="00B86761">
        <w:rPr>
          <w:rFonts w:ascii="Arial" w:hAnsi="Arial" w:cs="Arial"/>
          <w:lang w:val="en-GB"/>
        </w:rPr>
        <w:t>To find out what support is available, and how to request it please </w:t>
      </w:r>
      <w:hyperlink r:id="rId13" w:history="1">
        <w:r w:rsidRPr="008D3BEF">
          <w:rPr>
            <w:rStyle w:val="Hyperlink"/>
            <w:rFonts w:ascii="Arial" w:hAnsi="Arial" w:cs="Arial"/>
            <w:b/>
            <w:bCs/>
            <w:color w:val="486F27"/>
            <w:lang w:val="en-GB"/>
          </w:rPr>
          <w:t>visit the Access Support section of our website</w:t>
        </w:r>
      </w:hyperlink>
      <w:r w:rsidRPr="008D3BEF">
        <w:rPr>
          <w:rFonts w:ascii="Arial" w:hAnsi="Arial" w:cs="Arial"/>
          <w:b/>
          <w:bCs/>
          <w:color w:val="486F27"/>
          <w:lang w:val="en-GB"/>
        </w:rPr>
        <w:t>.</w:t>
      </w:r>
      <w:r w:rsidRPr="008D3BEF">
        <w:rPr>
          <w:rFonts w:ascii="Arial" w:hAnsi="Arial" w:cs="Arial"/>
          <w:color w:val="486F27"/>
          <w:lang w:val="en-GB"/>
        </w:rPr>
        <w:t>   </w:t>
      </w:r>
    </w:p>
    <w:p w14:paraId="757F61FE" w14:textId="77777777" w:rsidR="00AC1BEB" w:rsidRPr="00B86761" w:rsidRDefault="00AC1BEB" w:rsidP="00AC1BEB">
      <w:pPr>
        <w:rPr>
          <w:rFonts w:ascii="Arial" w:hAnsi="Arial" w:cs="Arial"/>
          <w:lang w:val="en-GB"/>
        </w:rPr>
      </w:pPr>
      <w:r w:rsidRPr="00B86761">
        <w:rPr>
          <w:rFonts w:ascii="Arial" w:hAnsi="Arial" w:cs="Arial"/>
          <w:lang w:val="en-GB"/>
        </w:rPr>
        <w:t>If you have any questions, email us at: </w:t>
      </w:r>
      <w:hyperlink r:id="rId14" w:history="1">
        <w:r w:rsidRPr="008D3BEF">
          <w:rPr>
            <w:rStyle w:val="Hyperlink"/>
            <w:rFonts w:ascii="Arial" w:hAnsi="Arial" w:cs="Arial"/>
            <w:b/>
            <w:bCs/>
            <w:color w:val="486F27"/>
            <w:lang w:val="en-GB"/>
          </w:rPr>
          <w:t>AccessSupportRequests@creativescotland.com</w:t>
        </w:r>
      </w:hyperlink>
      <w:r w:rsidRPr="008D3BEF">
        <w:rPr>
          <w:rFonts w:ascii="Arial" w:hAnsi="Arial" w:cs="Arial"/>
          <w:color w:val="486F27"/>
          <w:lang w:val="en-GB"/>
        </w:rPr>
        <w:t> </w:t>
      </w:r>
    </w:p>
    <w:p w14:paraId="451EACBF" w14:textId="44D5F4B4" w:rsidR="00B86761" w:rsidRPr="00B86761" w:rsidRDefault="00B86761" w:rsidP="00AC1BEB">
      <w:pPr>
        <w:rPr>
          <w:rFonts w:ascii="Arial" w:hAnsi="Arial" w:cs="Arial"/>
          <w:lang w:val="en-GB"/>
        </w:rPr>
      </w:pPr>
      <w:r w:rsidRPr="00B86761">
        <w:rPr>
          <w:rFonts w:ascii="Arial" w:eastAsiaTheme="majorEastAsia" w:hAnsi="Arial" w:cs="Arial"/>
          <w:lang w:val="en-GB"/>
        </w:rPr>
        <w:t>If you are a d/Deaf BSL user, you can access our services with the Contact Scotland-BSL programme. Visit </w:t>
      </w:r>
      <w:hyperlink r:id="rId15" w:history="1">
        <w:r w:rsidRPr="008D3BEF">
          <w:rPr>
            <w:rStyle w:val="Hyperlink"/>
            <w:rFonts w:ascii="Arial" w:eastAsiaTheme="majorEastAsia" w:hAnsi="Arial" w:cs="Arial"/>
            <w:b/>
            <w:bCs/>
            <w:color w:val="486F27"/>
            <w:lang w:val="en-GB"/>
          </w:rPr>
          <w:t>www.contactscotland-bsl.org</w:t>
        </w:r>
      </w:hyperlink>
      <w:r w:rsidRPr="00B86761">
        <w:rPr>
          <w:rFonts w:ascii="Arial" w:eastAsiaTheme="majorEastAsia" w:hAnsi="Arial" w:cs="Arial"/>
          <w:lang w:val="en-GB"/>
        </w:rPr>
        <w:t> for more information.</w:t>
      </w:r>
      <w:r w:rsidRPr="00B86761">
        <w:rPr>
          <w:rFonts w:ascii="Arial" w:hAnsi="Arial" w:cs="Arial"/>
          <w:lang w:val="en-GB"/>
        </w:rPr>
        <w:t>  </w:t>
      </w:r>
    </w:p>
    <w:p w14:paraId="32DF454F" w14:textId="77777777" w:rsidR="00AC1BEB" w:rsidRPr="00B86761" w:rsidRDefault="00AC1BEB" w:rsidP="00AC1BEB">
      <w:pPr>
        <w:rPr>
          <w:rFonts w:ascii="Arial" w:hAnsi="Arial" w:cs="Arial"/>
          <w:b/>
          <w:bCs/>
          <w:lang w:val="en-GB"/>
        </w:rPr>
      </w:pPr>
      <w:bookmarkStart w:id="0" w:name="_Toc235691277"/>
      <w:r w:rsidRPr="008D3BEF">
        <w:rPr>
          <w:rFonts w:ascii="Arial" w:hAnsi="Arial" w:cs="Arial"/>
          <w:b/>
          <w:bCs/>
          <w:sz w:val="32"/>
          <w:szCs w:val="32"/>
          <w:lang w:val="en-GB"/>
        </w:rPr>
        <w:t>Contacting our Enquiries Service</w:t>
      </w:r>
      <w:bookmarkEnd w:id="0"/>
      <w:r w:rsidRPr="008D3BEF">
        <w:rPr>
          <w:rFonts w:ascii="Arial" w:hAnsi="Arial" w:cs="Arial"/>
          <w:b/>
          <w:bCs/>
          <w:sz w:val="32"/>
          <w:szCs w:val="32"/>
          <w:lang w:val="en-GB"/>
        </w:rPr>
        <w:t>  </w:t>
      </w:r>
    </w:p>
    <w:p w14:paraId="3A72C13D" w14:textId="77777777" w:rsidR="00AC1BEB" w:rsidRPr="00B86761" w:rsidRDefault="00AC1BEB" w:rsidP="00AC1BEB">
      <w:pPr>
        <w:rPr>
          <w:rFonts w:ascii="Arial" w:eastAsiaTheme="majorEastAsia" w:hAnsi="Arial" w:cs="Arial"/>
          <w:lang w:val="en-GB"/>
        </w:rPr>
      </w:pPr>
      <w:r w:rsidRPr="00B86761">
        <w:rPr>
          <w:rFonts w:ascii="Arial" w:hAnsi="Arial" w:cs="Arial"/>
          <w:lang w:val="en-GB"/>
        </w:rPr>
        <w:t>If you require technical support, further information or have any other queries, contact our Enquiries Service by emailing:</w:t>
      </w:r>
      <w:r w:rsidRPr="008D3BEF">
        <w:rPr>
          <w:rFonts w:ascii="Arial" w:hAnsi="Arial" w:cs="Arial"/>
          <w:b/>
          <w:bCs/>
          <w:color w:val="486F27"/>
          <w:lang w:val="en-GB"/>
        </w:rPr>
        <w:t> </w:t>
      </w:r>
      <w:hyperlink r:id="rId16" w:history="1">
        <w:r w:rsidRPr="008D3BEF">
          <w:rPr>
            <w:rStyle w:val="Hyperlink"/>
            <w:rFonts w:ascii="Arial" w:hAnsi="Arial" w:cs="Arial"/>
            <w:b/>
            <w:bCs/>
            <w:color w:val="486F27"/>
            <w:lang w:val="en-GB"/>
          </w:rPr>
          <w:t>enquiries@creativescotland.com</w:t>
        </w:r>
      </w:hyperlink>
      <w:r w:rsidRPr="008D3BEF">
        <w:rPr>
          <w:rFonts w:ascii="Arial" w:hAnsi="Arial" w:cs="Arial"/>
          <w:b/>
          <w:bCs/>
          <w:color w:val="486F27"/>
          <w:lang w:val="en-GB"/>
        </w:rPr>
        <w:t> </w:t>
      </w:r>
      <w:r w:rsidRPr="008D3BEF">
        <w:rPr>
          <w:rFonts w:ascii="Arial" w:hAnsi="Arial" w:cs="Arial"/>
          <w:color w:val="486F27"/>
          <w:lang w:val="en-GB"/>
        </w:rPr>
        <w:t> </w:t>
      </w:r>
    </w:p>
    <w:p w14:paraId="54B99C0A" w14:textId="77777777" w:rsidR="001677C0" w:rsidRDefault="001677C0"/>
    <w:p w14:paraId="4479CA0B" w14:textId="77777777" w:rsidR="001677C0" w:rsidRDefault="001677C0"/>
    <w:p w14:paraId="2296F9A4" w14:textId="4782A5A9" w:rsidR="001677C0" w:rsidRPr="001677C0" w:rsidRDefault="001677C0">
      <w:pPr>
        <w:rPr>
          <w:rFonts w:ascii="Arial" w:hAnsi="Arial" w:cs="Arial"/>
          <w:b/>
          <w:bCs/>
          <w:sz w:val="32"/>
          <w:szCs w:val="32"/>
        </w:rPr>
      </w:pPr>
      <w:r w:rsidRPr="008D3BEF">
        <w:rPr>
          <w:rFonts w:ascii="Arial" w:hAnsi="Arial" w:cs="Arial"/>
          <w:b/>
          <w:bCs/>
          <w:color w:val="486F27"/>
          <w:sz w:val="32"/>
          <w:szCs w:val="32"/>
        </w:rPr>
        <w:lastRenderedPageBreak/>
        <w:t>A: Declarations</w:t>
      </w:r>
    </w:p>
    <w:tbl>
      <w:tblPr>
        <w:tblStyle w:val="TableGrid"/>
        <w:tblW w:w="0" w:type="auto"/>
        <w:tblLook w:val="04A0" w:firstRow="1" w:lastRow="0" w:firstColumn="1" w:lastColumn="0" w:noHBand="0" w:noVBand="1"/>
      </w:tblPr>
      <w:tblGrid>
        <w:gridCol w:w="9493"/>
        <w:gridCol w:w="1275"/>
      </w:tblGrid>
      <w:tr w:rsidR="001677C0" w:rsidRPr="001677C0" w14:paraId="5BF5F471" w14:textId="77777777" w:rsidTr="00944967">
        <w:tc>
          <w:tcPr>
            <w:tcW w:w="9493" w:type="dxa"/>
            <w:shd w:val="clear" w:color="auto" w:fill="E2F2E5"/>
          </w:tcPr>
          <w:p w14:paraId="5F513A56" w14:textId="7C04F6BF" w:rsidR="001677C0" w:rsidRPr="00944967" w:rsidRDefault="001677C0">
            <w:pPr>
              <w:rPr>
                <w:rFonts w:ascii="Arial" w:hAnsi="Arial" w:cs="Arial"/>
                <w:b/>
                <w:bCs/>
              </w:rPr>
            </w:pPr>
            <w:r w:rsidRPr="00944967">
              <w:rPr>
                <w:rFonts w:ascii="Arial" w:hAnsi="Arial" w:cs="Arial"/>
                <w:b/>
                <w:bCs/>
              </w:rPr>
              <w:t>I have read the Screen Education Fund Guidance</w:t>
            </w:r>
          </w:p>
        </w:tc>
        <w:sdt>
          <w:sdtPr>
            <w:rPr>
              <w:rFonts w:ascii="Arial" w:hAnsi="Arial" w:cs="Arial"/>
            </w:rPr>
            <w:id w:val="257035465"/>
            <w14:checkbox>
              <w14:checked w14:val="0"/>
              <w14:checkedState w14:val="2612" w14:font="MS Gothic"/>
              <w14:uncheckedState w14:val="2610" w14:font="MS Gothic"/>
            </w14:checkbox>
          </w:sdtPr>
          <w:sdtEndPr/>
          <w:sdtContent>
            <w:tc>
              <w:tcPr>
                <w:tcW w:w="1275" w:type="dxa"/>
              </w:tcPr>
              <w:p w14:paraId="4A37DBBE" w14:textId="12AE4D26" w:rsidR="001677C0" w:rsidRPr="001677C0" w:rsidRDefault="001677C0">
                <w:pPr>
                  <w:rPr>
                    <w:rFonts w:ascii="Arial" w:hAnsi="Arial" w:cs="Arial"/>
                  </w:rPr>
                </w:pPr>
                <w:r>
                  <w:rPr>
                    <w:rFonts w:ascii="MS Gothic" w:eastAsia="MS Gothic" w:hAnsi="MS Gothic" w:cs="Arial" w:hint="eastAsia"/>
                  </w:rPr>
                  <w:t>☐</w:t>
                </w:r>
              </w:p>
            </w:tc>
          </w:sdtContent>
        </w:sdt>
      </w:tr>
      <w:tr w:rsidR="001677C0" w:rsidRPr="001677C0" w14:paraId="7183FF33" w14:textId="77777777" w:rsidTr="00944967">
        <w:tc>
          <w:tcPr>
            <w:tcW w:w="9493" w:type="dxa"/>
            <w:shd w:val="clear" w:color="auto" w:fill="E2F2E5"/>
          </w:tcPr>
          <w:p w14:paraId="05AF8CE3" w14:textId="1091F8FB" w:rsidR="001677C0" w:rsidRPr="00944967" w:rsidRDefault="001677C0">
            <w:pPr>
              <w:rPr>
                <w:rFonts w:ascii="Arial" w:hAnsi="Arial" w:cs="Arial"/>
                <w:b/>
                <w:bCs/>
              </w:rPr>
            </w:pPr>
            <w:r w:rsidRPr="00944967">
              <w:rPr>
                <w:rFonts w:ascii="Arial" w:hAnsi="Arial" w:cs="Arial"/>
                <w:b/>
                <w:bCs/>
              </w:rPr>
              <w:t>I have read Creative Scotland’s Privacy Notice</w:t>
            </w:r>
          </w:p>
        </w:tc>
        <w:sdt>
          <w:sdtPr>
            <w:rPr>
              <w:rFonts w:ascii="Arial" w:hAnsi="Arial" w:cs="Arial"/>
            </w:rPr>
            <w:id w:val="-611972632"/>
            <w14:checkbox>
              <w14:checked w14:val="0"/>
              <w14:checkedState w14:val="2612" w14:font="MS Gothic"/>
              <w14:uncheckedState w14:val="2610" w14:font="MS Gothic"/>
            </w14:checkbox>
          </w:sdtPr>
          <w:sdtEndPr/>
          <w:sdtContent>
            <w:tc>
              <w:tcPr>
                <w:tcW w:w="1275" w:type="dxa"/>
              </w:tcPr>
              <w:p w14:paraId="3ABCA147" w14:textId="30A13851" w:rsidR="001677C0" w:rsidRPr="001677C0" w:rsidRDefault="001677C0">
                <w:pPr>
                  <w:rPr>
                    <w:rFonts w:ascii="Arial" w:hAnsi="Arial" w:cs="Arial"/>
                  </w:rPr>
                </w:pPr>
                <w:r>
                  <w:rPr>
                    <w:rFonts w:ascii="MS Gothic" w:eastAsia="MS Gothic" w:hAnsi="MS Gothic" w:cs="Arial" w:hint="eastAsia"/>
                  </w:rPr>
                  <w:t>☐</w:t>
                </w:r>
              </w:p>
            </w:tc>
          </w:sdtContent>
        </w:sdt>
      </w:tr>
      <w:tr w:rsidR="001677C0" w:rsidRPr="001677C0" w14:paraId="1E47AD15" w14:textId="77777777" w:rsidTr="00944967">
        <w:tc>
          <w:tcPr>
            <w:tcW w:w="9493" w:type="dxa"/>
            <w:shd w:val="clear" w:color="auto" w:fill="E2F2E5"/>
          </w:tcPr>
          <w:p w14:paraId="6FE242A2" w14:textId="7D901052" w:rsidR="001677C0" w:rsidRPr="00944967" w:rsidRDefault="001677C0">
            <w:pPr>
              <w:rPr>
                <w:rFonts w:ascii="Arial" w:hAnsi="Arial" w:cs="Arial"/>
                <w:b/>
                <w:bCs/>
              </w:rPr>
            </w:pPr>
            <w:r w:rsidRPr="00944967">
              <w:rPr>
                <w:rFonts w:ascii="Arial" w:hAnsi="Arial" w:cs="Arial"/>
                <w:b/>
                <w:bCs/>
              </w:rPr>
              <w:t>I am eligible to receive public funding, including National Lottery Funding</w:t>
            </w:r>
          </w:p>
        </w:tc>
        <w:sdt>
          <w:sdtPr>
            <w:rPr>
              <w:rFonts w:ascii="Arial" w:hAnsi="Arial" w:cs="Arial"/>
            </w:rPr>
            <w:id w:val="653879770"/>
            <w14:checkbox>
              <w14:checked w14:val="0"/>
              <w14:checkedState w14:val="2612" w14:font="MS Gothic"/>
              <w14:uncheckedState w14:val="2610" w14:font="MS Gothic"/>
            </w14:checkbox>
          </w:sdtPr>
          <w:sdtEndPr/>
          <w:sdtContent>
            <w:tc>
              <w:tcPr>
                <w:tcW w:w="1275" w:type="dxa"/>
              </w:tcPr>
              <w:p w14:paraId="56232B79" w14:textId="1335B0A9" w:rsidR="001677C0" w:rsidRPr="001677C0" w:rsidRDefault="001677C0">
                <w:pPr>
                  <w:rPr>
                    <w:rFonts w:ascii="Arial" w:hAnsi="Arial" w:cs="Arial"/>
                  </w:rPr>
                </w:pPr>
                <w:r>
                  <w:rPr>
                    <w:rFonts w:ascii="MS Gothic" w:eastAsia="MS Gothic" w:hAnsi="MS Gothic" w:cs="Arial" w:hint="eastAsia"/>
                  </w:rPr>
                  <w:t>☐</w:t>
                </w:r>
              </w:p>
            </w:tc>
          </w:sdtContent>
        </w:sdt>
      </w:tr>
      <w:tr w:rsidR="001677C0" w:rsidRPr="001677C0" w14:paraId="29631310" w14:textId="77777777" w:rsidTr="00944967">
        <w:tc>
          <w:tcPr>
            <w:tcW w:w="9493" w:type="dxa"/>
            <w:shd w:val="clear" w:color="auto" w:fill="E2F2E5"/>
          </w:tcPr>
          <w:p w14:paraId="3EC7B63A" w14:textId="7B7443F4" w:rsidR="001677C0" w:rsidRPr="00944967" w:rsidRDefault="001677C0">
            <w:pPr>
              <w:rPr>
                <w:rFonts w:ascii="Arial" w:hAnsi="Arial" w:cs="Arial"/>
                <w:b/>
                <w:bCs/>
              </w:rPr>
            </w:pPr>
            <w:r w:rsidRPr="00944967">
              <w:rPr>
                <w:rFonts w:ascii="Arial" w:hAnsi="Arial" w:cs="Arial"/>
                <w:b/>
                <w:bCs/>
              </w:rPr>
              <w:t>The proposed project has a clear learning focus</w:t>
            </w:r>
          </w:p>
        </w:tc>
        <w:sdt>
          <w:sdtPr>
            <w:rPr>
              <w:rFonts w:ascii="Arial" w:hAnsi="Arial" w:cs="Arial"/>
            </w:rPr>
            <w:id w:val="-1290512472"/>
            <w14:checkbox>
              <w14:checked w14:val="0"/>
              <w14:checkedState w14:val="2612" w14:font="MS Gothic"/>
              <w14:uncheckedState w14:val="2610" w14:font="MS Gothic"/>
            </w14:checkbox>
          </w:sdtPr>
          <w:sdtEndPr/>
          <w:sdtContent>
            <w:tc>
              <w:tcPr>
                <w:tcW w:w="1275" w:type="dxa"/>
              </w:tcPr>
              <w:p w14:paraId="0EA6A05F" w14:textId="066501B0" w:rsidR="001677C0" w:rsidRPr="001677C0" w:rsidRDefault="001677C0">
                <w:pPr>
                  <w:rPr>
                    <w:rFonts w:ascii="Arial" w:hAnsi="Arial" w:cs="Arial"/>
                  </w:rPr>
                </w:pPr>
                <w:r>
                  <w:rPr>
                    <w:rFonts w:ascii="MS Gothic" w:eastAsia="MS Gothic" w:hAnsi="MS Gothic" w:cs="Arial" w:hint="eastAsia"/>
                  </w:rPr>
                  <w:t>☐</w:t>
                </w:r>
              </w:p>
            </w:tc>
          </w:sdtContent>
        </w:sdt>
      </w:tr>
      <w:tr w:rsidR="001677C0" w:rsidRPr="001677C0" w14:paraId="1A5A0BDC" w14:textId="77777777" w:rsidTr="00944967">
        <w:tc>
          <w:tcPr>
            <w:tcW w:w="9493" w:type="dxa"/>
            <w:shd w:val="clear" w:color="auto" w:fill="E2F2E5"/>
          </w:tcPr>
          <w:p w14:paraId="58DF0947" w14:textId="0465873B" w:rsidR="001677C0" w:rsidRPr="00944967" w:rsidRDefault="001677C0">
            <w:pPr>
              <w:rPr>
                <w:rFonts w:ascii="Arial" w:hAnsi="Arial" w:cs="Arial"/>
                <w:b/>
                <w:bCs/>
              </w:rPr>
            </w:pPr>
            <w:r w:rsidRPr="00944967">
              <w:rPr>
                <w:rFonts w:ascii="Arial" w:hAnsi="Arial" w:cs="Arial"/>
                <w:b/>
                <w:bCs/>
              </w:rPr>
              <w:t>The proposed project start date is at least eight weeks after application submission date</w:t>
            </w:r>
          </w:p>
        </w:tc>
        <w:sdt>
          <w:sdtPr>
            <w:rPr>
              <w:rFonts w:ascii="Arial" w:hAnsi="Arial" w:cs="Arial"/>
            </w:rPr>
            <w:id w:val="-1166089932"/>
            <w14:checkbox>
              <w14:checked w14:val="0"/>
              <w14:checkedState w14:val="2612" w14:font="MS Gothic"/>
              <w14:uncheckedState w14:val="2610" w14:font="MS Gothic"/>
            </w14:checkbox>
          </w:sdtPr>
          <w:sdtEndPr/>
          <w:sdtContent>
            <w:tc>
              <w:tcPr>
                <w:tcW w:w="1275" w:type="dxa"/>
              </w:tcPr>
              <w:p w14:paraId="7F73D908" w14:textId="7351D31F" w:rsidR="001677C0" w:rsidRPr="001677C0" w:rsidRDefault="001677C0">
                <w:pPr>
                  <w:rPr>
                    <w:rFonts w:ascii="Arial" w:hAnsi="Arial" w:cs="Arial"/>
                  </w:rPr>
                </w:pPr>
                <w:r>
                  <w:rPr>
                    <w:rFonts w:ascii="MS Gothic" w:eastAsia="MS Gothic" w:hAnsi="MS Gothic" w:cs="Arial" w:hint="eastAsia"/>
                  </w:rPr>
                  <w:t>☐</w:t>
                </w:r>
              </w:p>
            </w:tc>
          </w:sdtContent>
        </w:sdt>
      </w:tr>
    </w:tbl>
    <w:p w14:paraId="0737B7E3" w14:textId="77777777" w:rsidR="001677C0" w:rsidRPr="001677C0" w:rsidRDefault="001677C0">
      <w:pPr>
        <w:rPr>
          <w:rFonts w:ascii="Arial" w:hAnsi="Arial" w:cs="Arial"/>
        </w:rPr>
      </w:pPr>
    </w:p>
    <w:tbl>
      <w:tblPr>
        <w:tblStyle w:val="TableGrid"/>
        <w:tblW w:w="0" w:type="auto"/>
        <w:tblLook w:val="04A0" w:firstRow="1" w:lastRow="0" w:firstColumn="1" w:lastColumn="0" w:noHBand="0" w:noVBand="1"/>
      </w:tblPr>
      <w:tblGrid>
        <w:gridCol w:w="8784"/>
        <w:gridCol w:w="1984"/>
      </w:tblGrid>
      <w:tr w:rsidR="001677C0" w:rsidRPr="001677C0" w14:paraId="73D21D4B" w14:textId="77777777" w:rsidTr="00944967">
        <w:tc>
          <w:tcPr>
            <w:tcW w:w="8784" w:type="dxa"/>
            <w:shd w:val="clear" w:color="auto" w:fill="E2F2E5"/>
          </w:tcPr>
          <w:p w14:paraId="083B6BF4" w14:textId="0A9E6BFA" w:rsidR="001677C0" w:rsidRPr="00944967" w:rsidRDefault="001677C0">
            <w:pPr>
              <w:rPr>
                <w:rFonts w:ascii="Arial" w:hAnsi="Arial" w:cs="Arial"/>
                <w:b/>
                <w:bCs/>
              </w:rPr>
            </w:pPr>
            <w:r w:rsidRPr="00944967">
              <w:rPr>
                <w:rFonts w:ascii="Arial" w:hAnsi="Arial" w:cs="Arial"/>
                <w:b/>
                <w:bCs/>
              </w:rPr>
              <w:t xml:space="preserve">Have you discussed this application with Screen Scotland?  </w:t>
            </w:r>
          </w:p>
        </w:tc>
        <w:tc>
          <w:tcPr>
            <w:tcW w:w="1984" w:type="dxa"/>
          </w:tcPr>
          <w:p w14:paraId="6AA91687" w14:textId="5607DCA2" w:rsidR="001677C0" w:rsidRPr="001677C0" w:rsidRDefault="001677C0">
            <w:pPr>
              <w:rPr>
                <w:rFonts w:ascii="Arial" w:hAnsi="Arial" w:cs="Arial"/>
              </w:rPr>
            </w:pPr>
            <w:r>
              <w:rPr>
                <w:rFonts w:ascii="Arial" w:hAnsi="Arial" w:cs="Arial"/>
              </w:rPr>
              <w:t>Yes/No</w:t>
            </w:r>
          </w:p>
        </w:tc>
      </w:tr>
      <w:tr w:rsidR="001677C0" w:rsidRPr="001677C0" w14:paraId="2AC09612" w14:textId="77777777" w:rsidTr="00944967">
        <w:tc>
          <w:tcPr>
            <w:tcW w:w="10768" w:type="dxa"/>
            <w:gridSpan w:val="2"/>
          </w:tcPr>
          <w:p w14:paraId="5ABFAC19" w14:textId="77777777" w:rsidR="001677C0" w:rsidRPr="001677C0" w:rsidRDefault="001677C0">
            <w:pPr>
              <w:rPr>
                <w:rFonts w:ascii="Arial" w:hAnsi="Arial" w:cs="Arial"/>
              </w:rPr>
            </w:pPr>
            <w:r w:rsidRPr="001677C0">
              <w:rPr>
                <w:rFonts w:ascii="Arial" w:hAnsi="Arial" w:cs="Arial"/>
              </w:rPr>
              <w:t>If yes, please provide brief details and date discussed:</w:t>
            </w:r>
          </w:p>
          <w:p w14:paraId="7CD43851" w14:textId="77777777" w:rsidR="001677C0" w:rsidRPr="001677C0" w:rsidRDefault="001677C0">
            <w:pPr>
              <w:rPr>
                <w:rFonts w:ascii="Arial" w:hAnsi="Arial" w:cs="Arial"/>
              </w:rPr>
            </w:pPr>
          </w:p>
          <w:p w14:paraId="26D81C95" w14:textId="77777777" w:rsidR="001677C0" w:rsidRPr="001677C0" w:rsidRDefault="001677C0">
            <w:pPr>
              <w:rPr>
                <w:rFonts w:ascii="Arial" w:hAnsi="Arial" w:cs="Arial"/>
              </w:rPr>
            </w:pPr>
          </w:p>
          <w:p w14:paraId="3E8FB932" w14:textId="3433F4FB" w:rsidR="001677C0" w:rsidRPr="001677C0" w:rsidRDefault="001677C0">
            <w:pPr>
              <w:rPr>
                <w:rFonts w:ascii="Arial" w:hAnsi="Arial" w:cs="Arial"/>
              </w:rPr>
            </w:pPr>
          </w:p>
        </w:tc>
      </w:tr>
    </w:tbl>
    <w:p w14:paraId="3DFF7250" w14:textId="77777777" w:rsidR="001677C0" w:rsidRDefault="001677C0"/>
    <w:p w14:paraId="52E61DEB" w14:textId="3890FD18" w:rsidR="001677C0" w:rsidRDefault="001677C0">
      <w:pPr>
        <w:rPr>
          <w:rFonts w:ascii="Calibri" w:hAnsi="Calibri"/>
          <w:b/>
          <w:color w:val="1F4E79"/>
        </w:rPr>
      </w:pPr>
      <w:r w:rsidRPr="008D3BEF">
        <w:rPr>
          <w:rFonts w:ascii="Arial" w:hAnsi="Arial" w:cs="Arial"/>
          <w:b/>
          <w:bCs/>
          <w:color w:val="486F27"/>
          <w:sz w:val="32"/>
          <w:szCs w:val="32"/>
        </w:rPr>
        <w:t>B: Applicant Details</w:t>
      </w:r>
    </w:p>
    <w:tbl>
      <w:tblPr>
        <w:tblStyle w:val="TableGrid"/>
        <w:tblW w:w="0" w:type="auto"/>
        <w:tblLook w:val="04A0" w:firstRow="1" w:lastRow="0" w:firstColumn="1" w:lastColumn="0" w:noHBand="0" w:noVBand="1"/>
      </w:tblPr>
      <w:tblGrid>
        <w:gridCol w:w="3964"/>
        <w:gridCol w:w="6826"/>
      </w:tblGrid>
      <w:tr w:rsidR="001677C0" w14:paraId="6ED1A7D8" w14:textId="77777777" w:rsidTr="00944967">
        <w:tc>
          <w:tcPr>
            <w:tcW w:w="3964" w:type="dxa"/>
            <w:shd w:val="clear" w:color="auto" w:fill="E2F2E5"/>
          </w:tcPr>
          <w:p w14:paraId="5D9EF56C" w14:textId="5D397894" w:rsidR="001677C0" w:rsidRPr="001677C0" w:rsidRDefault="001677C0">
            <w:pPr>
              <w:rPr>
                <w:rFonts w:ascii="Arial" w:hAnsi="Arial" w:cs="Arial"/>
              </w:rPr>
            </w:pPr>
            <w:r w:rsidRPr="00944967">
              <w:rPr>
                <w:rFonts w:ascii="Arial" w:hAnsi="Arial" w:cs="Arial"/>
                <w:b/>
                <w:bCs/>
              </w:rPr>
              <w:t>Applicant name</w:t>
            </w:r>
            <w:r w:rsidR="00823258">
              <w:rPr>
                <w:rFonts w:ascii="Arial" w:hAnsi="Arial" w:cs="Arial"/>
              </w:rPr>
              <w:br/>
            </w:r>
            <w:r w:rsidR="00823258" w:rsidRPr="00823258">
              <w:rPr>
                <w:rFonts w:ascii="Arial" w:hAnsi="Arial" w:cs="Arial"/>
                <w:i/>
                <w:iCs/>
              </w:rPr>
              <w:t>This should be the individual authorised to submit and sign the application.</w:t>
            </w:r>
          </w:p>
        </w:tc>
        <w:tc>
          <w:tcPr>
            <w:tcW w:w="6826" w:type="dxa"/>
          </w:tcPr>
          <w:p w14:paraId="363A1F5B" w14:textId="77777777" w:rsidR="001677C0" w:rsidRPr="001677C0" w:rsidRDefault="001677C0">
            <w:pPr>
              <w:rPr>
                <w:rFonts w:ascii="Arial" w:hAnsi="Arial" w:cs="Arial"/>
              </w:rPr>
            </w:pPr>
          </w:p>
        </w:tc>
      </w:tr>
      <w:tr w:rsidR="001677C0" w14:paraId="2E15F9F4" w14:textId="77777777" w:rsidTr="00944967">
        <w:tc>
          <w:tcPr>
            <w:tcW w:w="3964" w:type="dxa"/>
            <w:shd w:val="clear" w:color="auto" w:fill="E2F2E5"/>
          </w:tcPr>
          <w:p w14:paraId="18BE6CB6" w14:textId="77777777" w:rsidR="001677C0" w:rsidRDefault="001677C0">
            <w:pPr>
              <w:rPr>
                <w:rFonts w:ascii="Arial" w:hAnsi="Arial" w:cs="Arial"/>
              </w:rPr>
            </w:pPr>
            <w:r w:rsidRPr="00944967">
              <w:rPr>
                <w:rFonts w:ascii="Arial" w:hAnsi="Arial" w:cs="Arial"/>
                <w:b/>
                <w:bCs/>
              </w:rPr>
              <w:t>Organisation name</w:t>
            </w:r>
            <w:r w:rsidRPr="001677C0">
              <w:rPr>
                <w:rFonts w:ascii="Arial" w:hAnsi="Arial" w:cs="Arial"/>
              </w:rPr>
              <w:t xml:space="preserve"> </w:t>
            </w:r>
            <w:r w:rsidRPr="00944967">
              <w:rPr>
                <w:rFonts w:ascii="Arial" w:hAnsi="Arial" w:cs="Arial"/>
                <w:b/>
                <w:bCs/>
              </w:rPr>
              <w:t>(if applicable)</w:t>
            </w:r>
          </w:p>
          <w:p w14:paraId="7C20F5BD" w14:textId="7D81CF41" w:rsidR="00944967" w:rsidRPr="00944967" w:rsidRDefault="00944967">
            <w:pPr>
              <w:rPr>
                <w:rFonts w:ascii="Arial" w:hAnsi="Arial" w:cs="Arial"/>
                <w:i/>
                <w:iCs/>
              </w:rPr>
            </w:pPr>
            <w:r>
              <w:rPr>
                <w:rFonts w:ascii="Arial" w:hAnsi="Arial" w:cs="Arial"/>
                <w:i/>
                <w:iCs/>
              </w:rPr>
              <w:t xml:space="preserve">This should be the </w:t>
            </w:r>
            <w:r w:rsidRPr="00944967">
              <w:rPr>
                <w:rFonts w:ascii="Arial" w:hAnsi="Arial" w:cs="Arial"/>
                <w:i/>
                <w:iCs/>
              </w:rPr>
              <w:t>full legal name as per Companies House or OSCR Scotland</w:t>
            </w:r>
            <w:r>
              <w:rPr>
                <w:rFonts w:ascii="Arial" w:hAnsi="Arial" w:cs="Arial"/>
                <w:i/>
                <w:iCs/>
              </w:rPr>
              <w:t>.</w:t>
            </w:r>
          </w:p>
        </w:tc>
        <w:tc>
          <w:tcPr>
            <w:tcW w:w="6826" w:type="dxa"/>
          </w:tcPr>
          <w:p w14:paraId="17803FA2" w14:textId="77777777" w:rsidR="001677C0" w:rsidRPr="001677C0" w:rsidRDefault="001677C0">
            <w:pPr>
              <w:rPr>
                <w:rFonts w:ascii="Arial" w:hAnsi="Arial" w:cs="Arial"/>
              </w:rPr>
            </w:pPr>
          </w:p>
        </w:tc>
      </w:tr>
      <w:tr w:rsidR="001677C0" w14:paraId="199FDBB3" w14:textId="77777777" w:rsidTr="00944967">
        <w:tc>
          <w:tcPr>
            <w:tcW w:w="3964" w:type="dxa"/>
            <w:shd w:val="clear" w:color="auto" w:fill="E2F2E5"/>
          </w:tcPr>
          <w:p w14:paraId="1C22BFCA" w14:textId="3B6ED0F7" w:rsidR="001677C0" w:rsidRPr="00944967" w:rsidRDefault="001677C0">
            <w:pPr>
              <w:rPr>
                <w:rFonts w:ascii="Arial" w:hAnsi="Arial" w:cs="Arial"/>
                <w:b/>
                <w:bCs/>
              </w:rPr>
            </w:pPr>
            <w:r w:rsidRPr="00944967">
              <w:rPr>
                <w:rFonts w:ascii="Arial" w:hAnsi="Arial" w:cs="Arial"/>
                <w:b/>
                <w:bCs/>
              </w:rPr>
              <w:t xml:space="preserve">Lead contact name and role </w:t>
            </w:r>
          </w:p>
        </w:tc>
        <w:tc>
          <w:tcPr>
            <w:tcW w:w="6826" w:type="dxa"/>
          </w:tcPr>
          <w:p w14:paraId="7C245A0F" w14:textId="77777777" w:rsidR="001677C0" w:rsidRPr="001677C0" w:rsidRDefault="001677C0">
            <w:pPr>
              <w:rPr>
                <w:rFonts w:ascii="Arial" w:hAnsi="Arial" w:cs="Arial"/>
              </w:rPr>
            </w:pPr>
          </w:p>
        </w:tc>
      </w:tr>
      <w:tr w:rsidR="001677C0" w14:paraId="61F1743B" w14:textId="77777777" w:rsidTr="00944967">
        <w:tc>
          <w:tcPr>
            <w:tcW w:w="3964" w:type="dxa"/>
            <w:shd w:val="clear" w:color="auto" w:fill="E2F2E5"/>
          </w:tcPr>
          <w:p w14:paraId="24BC2B62" w14:textId="7C25D28B" w:rsidR="001677C0" w:rsidRPr="00944967" w:rsidRDefault="001677C0">
            <w:pPr>
              <w:rPr>
                <w:rFonts w:ascii="Arial" w:hAnsi="Arial" w:cs="Arial"/>
                <w:b/>
                <w:bCs/>
              </w:rPr>
            </w:pPr>
            <w:r w:rsidRPr="00944967">
              <w:rPr>
                <w:rFonts w:ascii="Arial" w:hAnsi="Arial" w:cs="Arial"/>
                <w:b/>
                <w:bCs/>
              </w:rPr>
              <w:t>Address</w:t>
            </w:r>
          </w:p>
        </w:tc>
        <w:tc>
          <w:tcPr>
            <w:tcW w:w="6826" w:type="dxa"/>
          </w:tcPr>
          <w:p w14:paraId="61D921C5" w14:textId="77777777" w:rsidR="001677C0" w:rsidRPr="001677C0" w:rsidRDefault="001677C0">
            <w:pPr>
              <w:rPr>
                <w:rFonts w:ascii="Arial" w:hAnsi="Arial" w:cs="Arial"/>
              </w:rPr>
            </w:pPr>
          </w:p>
        </w:tc>
      </w:tr>
      <w:tr w:rsidR="001677C0" w14:paraId="7298EA1C" w14:textId="77777777" w:rsidTr="00944967">
        <w:tc>
          <w:tcPr>
            <w:tcW w:w="3964" w:type="dxa"/>
            <w:shd w:val="clear" w:color="auto" w:fill="E2F2E5"/>
          </w:tcPr>
          <w:p w14:paraId="0704EA55" w14:textId="4AC26EC7" w:rsidR="001677C0" w:rsidRPr="00944967" w:rsidRDefault="001677C0">
            <w:pPr>
              <w:rPr>
                <w:rFonts w:ascii="Arial" w:hAnsi="Arial" w:cs="Arial"/>
                <w:b/>
                <w:bCs/>
              </w:rPr>
            </w:pPr>
            <w:r w:rsidRPr="00944967">
              <w:rPr>
                <w:rFonts w:ascii="Arial" w:hAnsi="Arial" w:cs="Arial"/>
                <w:b/>
                <w:bCs/>
              </w:rPr>
              <w:t>Postcode</w:t>
            </w:r>
          </w:p>
        </w:tc>
        <w:tc>
          <w:tcPr>
            <w:tcW w:w="6826" w:type="dxa"/>
          </w:tcPr>
          <w:p w14:paraId="629E6BC2" w14:textId="77777777" w:rsidR="001677C0" w:rsidRPr="001677C0" w:rsidRDefault="001677C0">
            <w:pPr>
              <w:rPr>
                <w:rFonts w:ascii="Arial" w:hAnsi="Arial" w:cs="Arial"/>
              </w:rPr>
            </w:pPr>
          </w:p>
        </w:tc>
      </w:tr>
      <w:tr w:rsidR="001677C0" w14:paraId="1D4B1F78" w14:textId="77777777" w:rsidTr="00944967">
        <w:tc>
          <w:tcPr>
            <w:tcW w:w="3964" w:type="dxa"/>
            <w:shd w:val="clear" w:color="auto" w:fill="E2F2E5"/>
          </w:tcPr>
          <w:p w14:paraId="6F5A1EF1" w14:textId="2385410A" w:rsidR="001677C0" w:rsidRPr="00944967" w:rsidRDefault="001677C0">
            <w:pPr>
              <w:rPr>
                <w:rFonts w:ascii="Arial" w:hAnsi="Arial" w:cs="Arial"/>
                <w:b/>
                <w:bCs/>
              </w:rPr>
            </w:pPr>
            <w:r w:rsidRPr="00944967">
              <w:rPr>
                <w:rFonts w:ascii="Arial" w:hAnsi="Arial" w:cs="Arial"/>
                <w:b/>
                <w:bCs/>
              </w:rPr>
              <w:t>Telephone number</w:t>
            </w:r>
          </w:p>
        </w:tc>
        <w:tc>
          <w:tcPr>
            <w:tcW w:w="6826" w:type="dxa"/>
          </w:tcPr>
          <w:p w14:paraId="6F61FD9B" w14:textId="77777777" w:rsidR="001677C0" w:rsidRPr="001677C0" w:rsidRDefault="001677C0">
            <w:pPr>
              <w:rPr>
                <w:rFonts w:ascii="Arial" w:hAnsi="Arial" w:cs="Arial"/>
              </w:rPr>
            </w:pPr>
          </w:p>
        </w:tc>
      </w:tr>
      <w:tr w:rsidR="001677C0" w14:paraId="5520C09B" w14:textId="77777777" w:rsidTr="00944967">
        <w:trPr>
          <w:trHeight w:val="58"/>
        </w:trPr>
        <w:tc>
          <w:tcPr>
            <w:tcW w:w="3964" w:type="dxa"/>
            <w:shd w:val="clear" w:color="auto" w:fill="E2F2E5"/>
          </w:tcPr>
          <w:p w14:paraId="23403FF0" w14:textId="5B3D7338" w:rsidR="001677C0" w:rsidRPr="00944967" w:rsidRDefault="001677C0">
            <w:pPr>
              <w:rPr>
                <w:rFonts w:ascii="Arial" w:hAnsi="Arial" w:cs="Arial"/>
                <w:b/>
                <w:bCs/>
              </w:rPr>
            </w:pPr>
            <w:r w:rsidRPr="00944967">
              <w:rPr>
                <w:rFonts w:ascii="Arial" w:hAnsi="Arial" w:cs="Arial"/>
                <w:b/>
                <w:bCs/>
              </w:rPr>
              <w:t>Email address</w:t>
            </w:r>
          </w:p>
        </w:tc>
        <w:tc>
          <w:tcPr>
            <w:tcW w:w="6826" w:type="dxa"/>
          </w:tcPr>
          <w:p w14:paraId="72E1A26A" w14:textId="77777777" w:rsidR="001677C0" w:rsidRPr="001677C0" w:rsidRDefault="001677C0">
            <w:pPr>
              <w:rPr>
                <w:rFonts w:ascii="Arial" w:hAnsi="Arial" w:cs="Arial"/>
              </w:rPr>
            </w:pPr>
          </w:p>
        </w:tc>
      </w:tr>
      <w:tr w:rsidR="001677C0" w14:paraId="74D86B8D" w14:textId="77777777" w:rsidTr="00944967">
        <w:tc>
          <w:tcPr>
            <w:tcW w:w="3964" w:type="dxa"/>
            <w:shd w:val="clear" w:color="auto" w:fill="E2F2E5"/>
          </w:tcPr>
          <w:p w14:paraId="6BD71384" w14:textId="172B0399" w:rsidR="001677C0" w:rsidRPr="00944967" w:rsidRDefault="001677C0">
            <w:pPr>
              <w:rPr>
                <w:rFonts w:ascii="Arial" w:hAnsi="Arial" w:cs="Arial"/>
                <w:b/>
                <w:bCs/>
              </w:rPr>
            </w:pPr>
            <w:r w:rsidRPr="00944967">
              <w:rPr>
                <w:rFonts w:ascii="Arial" w:hAnsi="Arial" w:cs="Arial"/>
                <w:b/>
                <w:bCs/>
              </w:rPr>
              <w:t>Website URL</w:t>
            </w:r>
          </w:p>
        </w:tc>
        <w:tc>
          <w:tcPr>
            <w:tcW w:w="6826" w:type="dxa"/>
          </w:tcPr>
          <w:p w14:paraId="3514AA5C" w14:textId="77777777" w:rsidR="001677C0" w:rsidRPr="001677C0" w:rsidRDefault="001677C0">
            <w:pPr>
              <w:rPr>
                <w:rFonts w:ascii="Arial" w:hAnsi="Arial" w:cs="Arial"/>
              </w:rPr>
            </w:pPr>
          </w:p>
        </w:tc>
      </w:tr>
      <w:tr w:rsidR="001677C0" w14:paraId="1CA5F808" w14:textId="77777777" w:rsidTr="00944967">
        <w:tc>
          <w:tcPr>
            <w:tcW w:w="10790" w:type="dxa"/>
            <w:gridSpan w:val="2"/>
            <w:shd w:val="clear" w:color="auto" w:fill="E2F2E5"/>
          </w:tcPr>
          <w:p w14:paraId="57EC8C1C" w14:textId="77777777" w:rsidR="00944967" w:rsidRDefault="001677C0" w:rsidP="00944967">
            <w:pPr>
              <w:jc w:val="center"/>
              <w:rPr>
                <w:rFonts w:ascii="Arial" w:hAnsi="Arial" w:cs="Arial"/>
                <w:b/>
                <w:bCs/>
              </w:rPr>
            </w:pPr>
            <w:r w:rsidRPr="001677C0">
              <w:rPr>
                <w:rFonts w:ascii="Arial" w:hAnsi="Arial" w:cs="Arial"/>
                <w:b/>
                <w:bCs/>
              </w:rPr>
              <w:t>If applying as an organisation</w:t>
            </w:r>
            <w:r w:rsidR="00944967">
              <w:rPr>
                <w:rFonts w:ascii="Arial" w:hAnsi="Arial" w:cs="Arial"/>
                <w:b/>
                <w:bCs/>
              </w:rPr>
              <w:t xml:space="preserve"> </w:t>
            </w:r>
          </w:p>
          <w:p w14:paraId="1A89343E" w14:textId="62C13BEB" w:rsidR="00944967" w:rsidRPr="00713A84" w:rsidRDefault="00944967" w:rsidP="00944967">
            <w:pPr>
              <w:jc w:val="center"/>
              <w:rPr>
                <w:rFonts w:ascii="Arial" w:hAnsi="Arial" w:cs="Arial"/>
                <w:i/>
                <w:iCs/>
              </w:rPr>
            </w:pPr>
            <w:r w:rsidRPr="00713A84">
              <w:rPr>
                <w:rFonts w:ascii="Arial" w:hAnsi="Arial" w:cs="Arial"/>
                <w:i/>
                <w:iCs/>
              </w:rPr>
              <w:t>Please ensure this information matches Companies House or OSCR Scotland</w:t>
            </w:r>
          </w:p>
        </w:tc>
      </w:tr>
      <w:tr w:rsidR="001677C0" w14:paraId="5CCC9EAE" w14:textId="77777777" w:rsidTr="00944967">
        <w:tc>
          <w:tcPr>
            <w:tcW w:w="3964" w:type="dxa"/>
            <w:shd w:val="clear" w:color="auto" w:fill="E2F2E5"/>
          </w:tcPr>
          <w:p w14:paraId="2DA30226" w14:textId="0FE2C490" w:rsidR="001677C0" w:rsidRPr="00944967" w:rsidRDefault="001677C0">
            <w:pPr>
              <w:rPr>
                <w:rFonts w:ascii="Arial" w:hAnsi="Arial" w:cs="Arial"/>
                <w:b/>
                <w:bCs/>
              </w:rPr>
            </w:pPr>
            <w:r w:rsidRPr="00944967">
              <w:rPr>
                <w:rFonts w:ascii="Arial" w:hAnsi="Arial" w:cs="Arial"/>
                <w:b/>
                <w:bCs/>
              </w:rPr>
              <w:t>Organisation type</w:t>
            </w:r>
          </w:p>
        </w:tc>
        <w:tc>
          <w:tcPr>
            <w:tcW w:w="6826" w:type="dxa"/>
          </w:tcPr>
          <w:p w14:paraId="61964471" w14:textId="77777777" w:rsidR="001677C0" w:rsidRPr="001677C0" w:rsidRDefault="001677C0">
            <w:pPr>
              <w:rPr>
                <w:rFonts w:ascii="Arial" w:hAnsi="Arial" w:cs="Arial"/>
              </w:rPr>
            </w:pPr>
          </w:p>
        </w:tc>
      </w:tr>
      <w:tr w:rsidR="001677C0" w14:paraId="571B1780" w14:textId="77777777" w:rsidTr="00944967">
        <w:tc>
          <w:tcPr>
            <w:tcW w:w="3964" w:type="dxa"/>
            <w:shd w:val="clear" w:color="auto" w:fill="E2F2E5"/>
          </w:tcPr>
          <w:p w14:paraId="30F06E2D" w14:textId="2A249BEF" w:rsidR="001677C0" w:rsidRPr="00944967" w:rsidRDefault="001677C0">
            <w:pPr>
              <w:rPr>
                <w:rFonts w:ascii="Arial" w:hAnsi="Arial" w:cs="Arial"/>
                <w:b/>
                <w:bCs/>
              </w:rPr>
            </w:pPr>
            <w:r w:rsidRPr="00944967">
              <w:rPr>
                <w:rFonts w:ascii="Arial" w:hAnsi="Arial" w:cs="Arial"/>
                <w:b/>
                <w:bCs/>
              </w:rPr>
              <w:t xml:space="preserve">Company number </w:t>
            </w:r>
          </w:p>
        </w:tc>
        <w:tc>
          <w:tcPr>
            <w:tcW w:w="6826" w:type="dxa"/>
          </w:tcPr>
          <w:p w14:paraId="12BF7C95" w14:textId="77777777" w:rsidR="001677C0" w:rsidRPr="001677C0" w:rsidRDefault="001677C0">
            <w:pPr>
              <w:rPr>
                <w:rFonts w:ascii="Arial" w:hAnsi="Arial" w:cs="Arial"/>
              </w:rPr>
            </w:pPr>
          </w:p>
        </w:tc>
      </w:tr>
      <w:tr w:rsidR="001677C0" w14:paraId="4947002C" w14:textId="77777777" w:rsidTr="00944967">
        <w:tc>
          <w:tcPr>
            <w:tcW w:w="3964" w:type="dxa"/>
            <w:shd w:val="clear" w:color="auto" w:fill="E2F2E5"/>
          </w:tcPr>
          <w:p w14:paraId="45616C41" w14:textId="597EF970" w:rsidR="001677C0" w:rsidRPr="00944967" w:rsidRDefault="001677C0">
            <w:pPr>
              <w:rPr>
                <w:rFonts w:ascii="Arial" w:hAnsi="Arial" w:cs="Arial"/>
                <w:b/>
                <w:bCs/>
              </w:rPr>
            </w:pPr>
            <w:r w:rsidRPr="00944967">
              <w:rPr>
                <w:rFonts w:ascii="Arial" w:hAnsi="Arial" w:cs="Arial"/>
                <w:b/>
                <w:bCs/>
              </w:rPr>
              <w:t xml:space="preserve">Charity number </w:t>
            </w:r>
          </w:p>
        </w:tc>
        <w:tc>
          <w:tcPr>
            <w:tcW w:w="6826" w:type="dxa"/>
          </w:tcPr>
          <w:p w14:paraId="4582E2E3" w14:textId="77777777" w:rsidR="001677C0" w:rsidRPr="001677C0" w:rsidRDefault="001677C0">
            <w:pPr>
              <w:rPr>
                <w:rFonts w:ascii="Arial" w:hAnsi="Arial" w:cs="Arial"/>
              </w:rPr>
            </w:pPr>
          </w:p>
        </w:tc>
      </w:tr>
    </w:tbl>
    <w:p w14:paraId="37D81B1F" w14:textId="2D4A5198" w:rsidR="00782EAB" w:rsidRDefault="00782EAB"/>
    <w:p w14:paraId="15FD54AC" w14:textId="6AF35C46" w:rsidR="001677C0" w:rsidRDefault="006C2D4C">
      <w:r w:rsidRPr="008D3BEF">
        <w:rPr>
          <w:rFonts w:ascii="Arial" w:hAnsi="Arial" w:cs="Arial"/>
          <w:b/>
          <w:bCs/>
          <w:color w:val="486F27"/>
          <w:sz w:val="32"/>
          <w:szCs w:val="32"/>
        </w:rPr>
        <w:t>C: Project Summary</w:t>
      </w:r>
    </w:p>
    <w:tbl>
      <w:tblPr>
        <w:tblStyle w:val="TableGrid"/>
        <w:tblW w:w="0" w:type="auto"/>
        <w:tblLook w:val="04A0" w:firstRow="1" w:lastRow="0" w:firstColumn="1" w:lastColumn="0" w:noHBand="0" w:noVBand="1"/>
      </w:tblPr>
      <w:tblGrid>
        <w:gridCol w:w="4248"/>
        <w:gridCol w:w="6542"/>
      </w:tblGrid>
      <w:tr w:rsidR="006C2D4C" w14:paraId="67121877" w14:textId="77777777" w:rsidTr="00944967">
        <w:tc>
          <w:tcPr>
            <w:tcW w:w="4248" w:type="dxa"/>
            <w:shd w:val="clear" w:color="auto" w:fill="E2F2E5"/>
          </w:tcPr>
          <w:p w14:paraId="4F706D69" w14:textId="14AC6FF4" w:rsidR="006C2D4C" w:rsidRPr="00DA4D1E" w:rsidRDefault="006C2D4C">
            <w:pPr>
              <w:rPr>
                <w:rFonts w:ascii="Arial" w:hAnsi="Arial" w:cs="Arial"/>
                <w:b/>
                <w:bCs/>
              </w:rPr>
            </w:pPr>
            <w:r w:rsidRPr="00DA4D1E">
              <w:rPr>
                <w:rFonts w:ascii="Arial" w:hAnsi="Arial" w:cs="Arial"/>
                <w:b/>
                <w:bCs/>
              </w:rPr>
              <w:t>Project title</w:t>
            </w:r>
          </w:p>
        </w:tc>
        <w:tc>
          <w:tcPr>
            <w:tcW w:w="6542" w:type="dxa"/>
          </w:tcPr>
          <w:p w14:paraId="272239DA" w14:textId="77777777" w:rsidR="006C2D4C" w:rsidRPr="006C2D4C" w:rsidRDefault="006C2D4C">
            <w:pPr>
              <w:rPr>
                <w:rFonts w:ascii="Arial" w:hAnsi="Arial" w:cs="Arial"/>
              </w:rPr>
            </w:pPr>
          </w:p>
        </w:tc>
      </w:tr>
      <w:tr w:rsidR="006C2D4C" w14:paraId="46FA17E0" w14:textId="77777777" w:rsidTr="00944967">
        <w:tc>
          <w:tcPr>
            <w:tcW w:w="4248" w:type="dxa"/>
            <w:shd w:val="clear" w:color="auto" w:fill="E2F2E5"/>
          </w:tcPr>
          <w:p w14:paraId="46E2CE5F" w14:textId="6EC4C069" w:rsidR="006C2D4C" w:rsidRPr="00DA4D1E" w:rsidRDefault="006C2D4C">
            <w:pPr>
              <w:rPr>
                <w:rFonts w:ascii="Arial" w:hAnsi="Arial" w:cs="Arial"/>
                <w:b/>
                <w:bCs/>
              </w:rPr>
            </w:pPr>
            <w:r w:rsidRPr="00DA4D1E">
              <w:rPr>
                <w:rFonts w:ascii="Arial" w:hAnsi="Arial" w:cs="Arial"/>
                <w:b/>
                <w:bCs/>
              </w:rPr>
              <w:t>Project start date</w:t>
            </w:r>
          </w:p>
        </w:tc>
        <w:tc>
          <w:tcPr>
            <w:tcW w:w="6542" w:type="dxa"/>
          </w:tcPr>
          <w:p w14:paraId="0613F712" w14:textId="67D960B0" w:rsidR="006C2D4C" w:rsidRPr="006C2D4C" w:rsidRDefault="006C2D4C">
            <w:pPr>
              <w:rPr>
                <w:rFonts w:ascii="Arial" w:hAnsi="Arial" w:cs="Arial"/>
              </w:rPr>
            </w:pPr>
            <w:r w:rsidRPr="006C2D4C">
              <w:rPr>
                <w:rFonts w:ascii="Arial" w:hAnsi="Arial" w:cs="Arial"/>
              </w:rPr>
              <w:t>DD/MM/YY</w:t>
            </w:r>
          </w:p>
        </w:tc>
      </w:tr>
      <w:tr w:rsidR="006C2D4C" w14:paraId="7E57C043" w14:textId="77777777" w:rsidTr="00944967">
        <w:tc>
          <w:tcPr>
            <w:tcW w:w="4248" w:type="dxa"/>
            <w:shd w:val="clear" w:color="auto" w:fill="E2F2E5"/>
          </w:tcPr>
          <w:p w14:paraId="25C46D08" w14:textId="1020E23A" w:rsidR="006C2D4C" w:rsidRPr="00DA4D1E" w:rsidRDefault="006C2D4C">
            <w:pPr>
              <w:rPr>
                <w:rFonts w:ascii="Arial" w:hAnsi="Arial" w:cs="Arial"/>
                <w:b/>
                <w:bCs/>
              </w:rPr>
            </w:pPr>
            <w:r w:rsidRPr="00DA4D1E">
              <w:rPr>
                <w:rFonts w:ascii="Arial" w:hAnsi="Arial" w:cs="Arial"/>
                <w:b/>
                <w:bCs/>
              </w:rPr>
              <w:t>Project end date</w:t>
            </w:r>
          </w:p>
        </w:tc>
        <w:tc>
          <w:tcPr>
            <w:tcW w:w="6542" w:type="dxa"/>
          </w:tcPr>
          <w:p w14:paraId="7B9781B4" w14:textId="72B3962E" w:rsidR="006C2D4C" w:rsidRPr="006C2D4C" w:rsidRDefault="006C2D4C">
            <w:pPr>
              <w:rPr>
                <w:rFonts w:ascii="Arial" w:hAnsi="Arial" w:cs="Arial"/>
              </w:rPr>
            </w:pPr>
            <w:r w:rsidRPr="006C2D4C">
              <w:rPr>
                <w:rFonts w:ascii="Arial" w:hAnsi="Arial" w:cs="Arial"/>
              </w:rPr>
              <w:t>DD/MM/YY</w:t>
            </w:r>
          </w:p>
        </w:tc>
      </w:tr>
      <w:tr w:rsidR="006C2D4C" w14:paraId="12BE0AF1" w14:textId="77777777" w:rsidTr="00944967">
        <w:tc>
          <w:tcPr>
            <w:tcW w:w="10790" w:type="dxa"/>
            <w:gridSpan w:val="2"/>
            <w:shd w:val="clear" w:color="auto" w:fill="E2F2E5"/>
          </w:tcPr>
          <w:p w14:paraId="367A73ED" w14:textId="49E9561F" w:rsidR="006C2D4C" w:rsidRPr="006C2D4C" w:rsidRDefault="006C2D4C">
            <w:pPr>
              <w:rPr>
                <w:rFonts w:ascii="Arial" w:hAnsi="Arial" w:cs="Arial"/>
                <w:b/>
                <w:bCs/>
              </w:rPr>
            </w:pPr>
            <w:r w:rsidRPr="006C2D4C">
              <w:rPr>
                <w:rFonts w:ascii="Arial" w:hAnsi="Arial" w:cs="Arial"/>
                <w:b/>
                <w:bCs/>
              </w:rPr>
              <w:t>Project summary (200 words max)</w:t>
            </w:r>
          </w:p>
        </w:tc>
      </w:tr>
      <w:tr w:rsidR="00944967" w14:paraId="0C2ACA23" w14:textId="77777777" w:rsidTr="008663CB">
        <w:tc>
          <w:tcPr>
            <w:tcW w:w="10790" w:type="dxa"/>
            <w:gridSpan w:val="2"/>
          </w:tcPr>
          <w:p w14:paraId="00ECB521" w14:textId="77777777" w:rsidR="00944967" w:rsidRDefault="00944967">
            <w:pPr>
              <w:rPr>
                <w:rFonts w:ascii="Arial" w:hAnsi="Arial" w:cs="Arial"/>
                <w:b/>
                <w:bCs/>
              </w:rPr>
            </w:pPr>
          </w:p>
          <w:p w14:paraId="14AEDE59" w14:textId="77777777" w:rsidR="00944967" w:rsidRDefault="00944967">
            <w:pPr>
              <w:rPr>
                <w:rFonts w:ascii="Arial" w:hAnsi="Arial" w:cs="Arial"/>
                <w:b/>
                <w:bCs/>
              </w:rPr>
            </w:pPr>
          </w:p>
          <w:p w14:paraId="4AE89145" w14:textId="77777777" w:rsidR="00944967" w:rsidRDefault="00944967">
            <w:pPr>
              <w:rPr>
                <w:rFonts w:ascii="Arial" w:hAnsi="Arial" w:cs="Arial"/>
                <w:b/>
                <w:bCs/>
              </w:rPr>
            </w:pPr>
          </w:p>
          <w:p w14:paraId="1C5BF181" w14:textId="77777777" w:rsidR="00944967" w:rsidRDefault="00944967">
            <w:pPr>
              <w:rPr>
                <w:rFonts w:ascii="Arial" w:hAnsi="Arial" w:cs="Arial"/>
                <w:b/>
                <w:bCs/>
              </w:rPr>
            </w:pPr>
          </w:p>
          <w:p w14:paraId="00B71EF2" w14:textId="77777777" w:rsidR="00944967" w:rsidRPr="006C2D4C" w:rsidRDefault="00944967">
            <w:pPr>
              <w:rPr>
                <w:rFonts w:ascii="Arial" w:hAnsi="Arial" w:cs="Arial"/>
                <w:b/>
                <w:bCs/>
              </w:rPr>
            </w:pPr>
          </w:p>
        </w:tc>
      </w:tr>
      <w:tr w:rsidR="006C2D4C" w14:paraId="19F72E17" w14:textId="77777777" w:rsidTr="00944967">
        <w:tc>
          <w:tcPr>
            <w:tcW w:w="10790" w:type="dxa"/>
            <w:gridSpan w:val="2"/>
            <w:shd w:val="clear" w:color="auto" w:fill="E2F2E5"/>
          </w:tcPr>
          <w:p w14:paraId="4307B6A8" w14:textId="7D8A935F" w:rsidR="006C2D4C" w:rsidRPr="006C2D4C" w:rsidRDefault="006C2D4C">
            <w:pPr>
              <w:rPr>
                <w:rFonts w:ascii="Arial" w:hAnsi="Arial" w:cs="Arial"/>
              </w:rPr>
            </w:pPr>
            <w:r w:rsidRPr="006C2D4C">
              <w:rPr>
                <w:rFonts w:ascii="Arial" w:hAnsi="Arial" w:cs="Arial"/>
                <w:b/>
                <w:bCs/>
              </w:rPr>
              <w:t>Briefly describe what you will do, who it is for, what participants will gain and why this is important.</w:t>
            </w:r>
            <w:r w:rsidRPr="006C2D4C">
              <w:rPr>
                <w:rFonts w:ascii="Arial" w:hAnsi="Arial" w:cs="Arial"/>
              </w:rPr>
              <w:t xml:space="preserve"> Please clearly state whether this is participatory project, or professional learning provision for </w:t>
            </w:r>
            <w:r w:rsidR="24713CF4" w:rsidRPr="51DD6DE0">
              <w:rPr>
                <w:rFonts w:ascii="Arial" w:hAnsi="Arial" w:cs="Arial"/>
              </w:rPr>
              <w:t xml:space="preserve">teachers or </w:t>
            </w:r>
            <w:r w:rsidRPr="006C2D4C">
              <w:rPr>
                <w:rFonts w:ascii="Arial" w:hAnsi="Arial" w:cs="Arial"/>
              </w:rPr>
              <w:t>educators.</w:t>
            </w:r>
          </w:p>
        </w:tc>
      </w:tr>
      <w:tr w:rsidR="00944967" w14:paraId="719AA1CB" w14:textId="77777777" w:rsidTr="008663CB">
        <w:tc>
          <w:tcPr>
            <w:tcW w:w="10790" w:type="dxa"/>
            <w:gridSpan w:val="2"/>
          </w:tcPr>
          <w:p w14:paraId="0CFBAD36" w14:textId="77777777" w:rsidR="00944967" w:rsidRDefault="00944967">
            <w:pPr>
              <w:rPr>
                <w:rFonts w:ascii="Arial" w:hAnsi="Arial" w:cs="Arial"/>
                <w:b/>
                <w:bCs/>
              </w:rPr>
            </w:pPr>
          </w:p>
          <w:p w14:paraId="1E023CA4" w14:textId="77777777" w:rsidR="00944967" w:rsidRDefault="00944967">
            <w:pPr>
              <w:rPr>
                <w:rFonts w:ascii="Arial" w:hAnsi="Arial" w:cs="Arial"/>
                <w:b/>
                <w:bCs/>
              </w:rPr>
            </w:pPr>
          </w:p>
          <w:p w14:paraId="79E8F4FD" w14:textId="77777777" w:rsidR="00944967" w:rsidRDefault="00944967">
            <w:pPr>
              <w:rPr>
                <w:rFonts w:ascii="Arial" w:hAnsi="Arial" w:cs="Arial"/>
                <w:b/>
                <w:bCs/>
              </w:rPr>
            </w:pPr>
          </w:p>
          <w:p w14:paraId="4977B5CE" w14:textId="77777777" w:rsidR="00944967" w:rsidRDefault="00944967">
            <w:pPr>
              <w:rPr>
                <w:rFonts w:ascii="Arial" w:hAnsi="Arial" w:cs="Arial"/>
                <w:b/>
                <w:bCs/>
              </w:rPr>
            </w:pPr>
          </w:p>
          <w:p w14:paraId="185E3818" w14:textId="77777777" w:rsidR="00944967" w:rsidRPr="006C2D4C" w:rsidRDefault="00944967">
            <w:pPr>
              <w:rPr>
                <w:rFonts w:ascii="Arial" w:hAnsi="Arial" w:cs="Arial"/>
                <w:b/>
                <w:bCs/>
              </w:rPr>
            </w:pPr>
          </w:p>
        </w:tc>
      </w:tr>
      <w:tr w:rsidR="006C2D4C" w14:paraId="5A46B4E5" w14:textId="77777777" w:rsidTr="00944967">
        <w:tc>
          <w:tcPr>
            <w:tcW w:w="4248" w:type="dxa"/>
            <w:shd w:val="clear" w:color="auto" w:fill="E2F2E5"/>
          </w:tcPr>
          <w:p w14:paraId="3AAFE0C7" w14:textId="4FC77494" w:rsidR="006C2D4C" w:rsidRPr="00DA4D1E" w:rsidRDefault="006C2D4C">
            <w:pPr>
              <w:rPr>
                <w:rFonts w:ascii="Arial" w:hAnsi="Arial" w:cs="Arial"/>
                <w:b/>
                <w:bCs/>
              </w:rPr>
            </w:pPr>
            <w:r w:rsidRPr="00DA4D1E">
              <w:rPr>
                <w:rFonts w:ascii="Arial" w:hAnsi="Arial" w:cs="Arial"/>
                <w:b/>
                <w:bCs/>
              </w:rPr>
              <w:t>Project location(s)</w:t>
            </w:r>
            <w:r w:rsidR="00944967">
              <w:rPr>
                <w:rFonts w:ascii="Arial" w:hAnsi="Arial" w:cs="Arial"/>
                <w:b/>
                <w:bCs/>
              </w:rPr>
              <w:t xml:space="preserve"> and </w:t>
            </w:r>
            <w:r w:rsidR="00944967">
              <w:rPr>
                <w:rFonts w:ascii="Arial" w:hAnsi="Arial" w:cs="Arial"/>
                <w:b/>
                <w:bCs/>
              </w:rPr>
              <w:br/>
            </w:r>
            <w:r w:rsidRPr="00DA4D1E">
              <w:rPr>
                <w:rFonts w:ascii="Arial" w:hAnsi="Arial" w:cs="Arial"/>
                <w:b/>
                <w:bCs/>
              </w:rPr>
              <w:t>local authority areas</w:t>
            </w:r>
          </w:p>
        </w:tc>
        <w:tc>
          <w:tcPr>
            <w:tcW w:w="6542" w:type="dxa"/>
          </w:tcPr>
          <w:p w14:paraId="6FFEDFDF" w14:textId="77777777" w:rsidR="006C2D4C" w:rsidRPr="006C2D4C" w:rsidRDefault="006C2D4C">
            <w:pPr>
              <w:rPr>
                <w:rFonts w:ascii="Arial" w:hAnsi="Arial" w:cs="Arial"/>
              </w:rPr>
            </w:pPr>
          </w:p>
          <w:p w14:paraId="59D062EF" w14:textId="77777777" w:rsidR="006C2D4C" w:rsidRPr="006C2D4C" w:rsidRDefault="006C2D4C">
            <w:pPr>
              <w:rPr>
                <w:rFonts w:ascii="Arial" w:hAnsi="Arial" w:cs="Arial"/>
              </w:rPr>
            </w:pPr>
          </w:p>
          <w:p w14:paraId="343CEEEF" w14:textId="77777777" w:rsidR="006C2D4C" w:rsidRPr="006C2D4C" w:rsidRDefault="006C2D4C">
            <w:pPr>
              <w:rPr>
                <w:rFonts w:ascii="Arial" w:hAnsi="Arial" w:cs="Arial"/>
              </w:rPr>
            </w:pPr>
          </w:p>
          <w:p w14:paraId="084F0385" w14:textId="77777777" w:rsidR="006C2D4C" w:rsidRPr="006C2D4C" w:rsidRDefault="006C2D4C">
            <w:pPr>
              <w:rPr>
                <w:rFonts w:ascii="Arial" w:hAnsi="Arial" w:cs="Arial"/>
              </w:rPr>
            </w:pPr>
          </w:p>
        </w:tc>
      </w:tr>
    </w:tbl>
    <w:p w14:paraId="6DABBCF2" w14:textId="662E2269" w:rsidR="00782EAB" w:rsidRDefault="00944967">
      <w:pPr>
        <w:rPr>
          <w:rFonts w:ascii="Arial" w:hAnsi="Arial" w:cs="Arial"/>
          <w:b/>
          <w:bCs/>
          <w:sz w:val="32"/>
          <w:szCs w:val="32"/>
        </w:rPr>
      </w:pPr>
      <w:r>
        <w:rPr>
          <w:rFonts w:ascii="Arial" w:hAnsi="Arial" w:cs="Arial"/>
          <w:b/>
          <w:bCs/>
          <w:color w:val="486F27"/>
          <w:sz w:val="32"/>
          <w:szCs w:val="32"/>
        </w:rPr>
        <w:br/>
      </w:r>
      <w:r w:rsidR="006C2D4C" w:rsidRPr="008D3BEF">
        <w:rPr>
          <w:rFonts w:ascii="Arial" w:hAnsi="Arial" w:cs="Arial"/>
          <w:b/>
          <w:bCs/>
          <w:color w:val="486F27"/>
          <w:sz w:val="32"/>
          <w:szCs w:val="32"/>
        </w:rPr>
        <w:t>D: Budget Summary</w:t>
      </w:r>
    </w:p>
    <w:p w14:paraId="33F79A91" w14:textId="3CF16F5D" w:rsidR="006C2D4C" w:rsidRDefault="006C2D4C">
      <w:r w:rsidRPr="006C2D4C">
        <w:rPr>
          <w:rFonts w:ascii="Arial" w:hAnsi="Arial" w:cs="Arial"/>
        </w:rPr>
        <w:t>Budgets should be proportionate and reflect fair and appropriate costs, including industry-standard pay where relevant.</w:t>
      </w:r>
    </w:p>
    <w:tbl>
      <w:tblPr>
        <w:tblStyle w:val="TableGrid"/>
        <w:tblW w:w="0" w:type="auto"/>
        <w:tblLook w:val="04A0" w:firstRow="1" w:lastRow="0" w:firstColumn="1" w:lastColumn="0" w:noHBand="0" w:noVBand="1"/>
      </w:tblPr>
      <w:tblGrid>
        <w:gridCol w:w="5395"/>
        <w:gridCol w:w="5395"/>
      </w:tblGrid>
      <w:tr w:rsidR="006C2D4C" w:rsidRPr="006C2D4C" w14:paraId="0CD3768F" w14:textId="77777777" w:rsidTr="00D432EF">
        <w:tc>
          <w:tcPr>
            <w:tcW w:w="5395" w:type="dxa"/>
            <w:shd w:val="clear" w:color="auto" w:fill="E2F2E5"/>
          </w:tcPr>
          <w:p w14:paraId="4AF85B04" w14:textId="3DEB2C31" w:rsidR="006C2D4C" w:rsidRPr="00DA4D1E" w:rsidRDefault="006C2D4C">
            <w:pPr>
              <w:rPr>
                <w:rFonts w:ascii="Arial" w:hAnsi="Arial" w:cs="Arial"/>
                <w:b/>
                <w:bCs/>
              </w:rPr>
            </w:pPr>
            <w:r w:rsidRPr="00DA4D1E">
              <w:rPr>
                <w:rFonts w:ascii="Arial" w:hAnsi="Arial" w:cs="Arial"/>
                <w:b/>
                <w:bCs/>
              </w:rPr>
              <w:t>Total project cost</w:t>
            </w:r>
          </w:p>
        </w:tc>
        <w:tc>
          <w:tcPr>
            <w:tcW w:w="5395" w:type="dxa"/>
          </w:tcPr>
          <w:p w14:paraId="34C88CEF" w14:textId="59C1F4BD" w:rsidR="006C2D4C" w:rsidRPr="006C2D4C" w:rsidRDefault="006C2D4C">
            <w:pPr>
              <w:rPr>
                <w:rFonts w:ascii="Arial" w:hAnsi="Arial" w:cs="Arial"/>
              </w:rPr>
            </w:pPr>
            <w:r>
              <w:rPr>
                <w:rFonts w:ascii="Arial" w:hAnsi="Arial" w:cs="Arial"/>
              </w:rPr>
              <w:t>£</w:t>
            </w:r>
          </w:p>
        </w:tc>
      </w:tr>
      <w:tr w:rsidR="006C2D4C" w:rsidRPr="006C2D4C" w14:paraId="088A5154" w14:textId="77777777" w:rsidTr="00D432EF">
        <w:tc>
          <w:tcPr>
            <w:tcW w:w="5395" w:type="dxa"/>
            <w:shd w:val="clear" w:color="auto" w:fill="E2F2E5"/>
          </w:tcPr>
          <w:p w14:paraId="2777F53D" w14:textId="6A370B8B" w:rsidR="006C2D4C" w:rsidRPr="00DA4D1E" w:rsidRDefault="006C2D4C">
            <w:pPr>
              <w:rPr>
                <w:rFonts w:ascii="Arial" w:hAnsi="Arial" w:cs="Arial"/>
                <w:b/>
                <w:bCs/>
              </w:rPr>
            </w:pPr>
            <w:r w:rsidRPr="00DA4D1E">
              <w:rPr>
                <w:rFonts w:ascii="Arial" w:hAnsi="Arial" w:cs="Arial"/>
                <w:b/>
                <w:bCs/>
              </w:rPr>
              <w:t>Amount requested from Screen Scotland</w:t>
            </w:r>
          </w:p>
        </w:tc>
        <w:tc>
          <w:tcPr>
            <w:tcW w:w="5395" w:type="dxa"/>
          </w:tcPr>
          <w:p w14:paraId="4007DBDC" w14:textId="00D6CF3B" w:rsidR="006C2D4C" w:rsidRPr="006C2D4C" w:rsidRDefault="006C2D4C">
            <w:pPr>
              <w:rPr>
                <w:rFonts w:ascii="Arial" w:hAnsi="Arial" w:cs="Arial"/>
              </w:rPr>
            </w:pPr>
            <w:r>
              <w:rPr>
                <w:rFonts w:ascii="Arial" w:hAnsi="Arial" w:cs="Arial"/>
              </w:rPr>
              <w:t>£</w:t>
            </w:r>
          </w:p>
        </w:tc>
      </w:tr>
      <w:tr w:rsidR="006C2D4C" w:rsidRPr="006C2D4C" w14:paraId="59C9EDA3" w14:textId="77777777" w:rsidTr="00D432EF">
        <w:tc>
          <w:tcPr>
            <w:tcW w:w="5395" w:type="dxa"/>
            <w:shd w:val="clear" w:color="auto" w:fill="E2F2E5"/>
          </w:tcPr>
          <w:p w14:paraId="3D5EC527" w14:textId="325D0DC1" w:rsidR="006C2D4C" w:rsidRPr="00DA4D1E" w:rsidRDefault="006C2D4C">
            <w:pPr>
              <w:rPr>
                <w:rFonts w:ascii="Arial" w:hAnsi="Arial" w:cs="Arial"/>
                <w:b/>
                <w:bCs/>
              </w:rPr>
            </w:pPr>
            <w:r w:rsidRPr="00DA4D1E">
              <w:rPr>
                <w:rFonts w:ascii="Arial" w:hAnsi="Arial" w:cs="Arial"/>
                <w:b/>
                <w:bCs/>
              </w:rPr>
              <w:t>Confirmed funding from other sources (if applicable)</w:t>
            </w:r>
          </w:p>
        </w:tc>
        <w:tc>
          <w:tcPr>
            <w:tcW w:w="5395" w:type="dxa"/>
          </w:tcPr>
          <w:p w14:paraId="77BE4780" w14:textId="4BD8B25F" w:rsidR="006C2D4C" w:rsidRPr="006C2D4C" w:rsidRDefault="006C2D4C">
            <w:pPr>
              <w:rPr>
                <w:rFonts w:ascii="Arial" w:hAnsi="Arial" w:cs="Arial"/>
              </w:rPr>
            </w:pPr>
            <w:r>
              <w:rPr>
                <w:rFonts w:ascii="Arial" w:hAnsi="Arial" w:cs="Arial"/>
              </w:rPr>
              <w:t>£</w:t>
            </w:r>
          </w:p>
        </w:tc>
      </w:tr>
    </w:tbl>
    <w:p w14:paraId="1E679135" w14:textId="7B1D9A99" w:rsidR="006C2D4C" w:rsidRPr="006C2D4C" w:rsidRDefault="006C2D4C">
      <w:pPr>
        <w:rPr>
          <w:rFonts w:ascii="Arial" w:hAnsi="Arial" w:cs="Arial"/>
        </w:rPr>
      </w:pPr>
    </w:p>
    <w:p w14:paraId="3B787161" w14:textId="4368FC77" w:rsidR="006C2D4C" w:rsidRDefault="006C2D4C">
      <w:r w:rsidRPr="008D3BEF">
        <w:rPr>
          <w:rFonts w:ascii="Arial" w:hAnsi="Arial" w:cs="Arial"/>
          <w:b/>
          <w:bCs/>
          <w:color w:val="486F27"/>
          <w:sz w:val="32"/>
          <w:szCs w:val="32"/>
        </w:rPr>
        <w:t>E: Your Project</w:t>
      </w:r>
    </w:p>
    <w:tbl>
      <w:tblPr>
        <w:tblStyle w:val="TableGrid"/>
        <w:tblW w:w="0" w:type="auto"/>
        <w:tblLook w:val="04A0" w:firstRow="1" w:lastRow="0" w:firstColumn="1" w:lastColumn="0" w:noHBand="0" w:noVBand="1"/>
      </w:tblPr>
      <w:tblGrid>
        <w:gridCol w:w="10790"/>
      </w:tblGrid>
      <w:tr w:rsidR="006C2D4C" w14:paraId="347AE131" w14:textId="77777777" w:rsidTr="00D432EF">
        <w:tc>
          <w:tcPr>
            <w:tcW w:w="10790" w:type="dxa"/>
            <w:shd w:val="clear" w:color="auto" w:fill="E2F2E5"/>
          </w:tcPr>
          <w:p w14:paraId="1ADD18AB" w14:textId="77777777" w:rsidR="006C2D4C" w:rsidRPr="00E04561" w:rsidRDefault="006C2D4C">
            <w:pPr>
              <w:rPr>
                <w:rFonts w:ascii="Arial" w:hAnsi="Arial" w:cs="Arial"/>
                <w:b/>
                <w:bCs/>
              </w:rPr>
            </w:pPr>
            <w:r w:rsidRPr="00E04561">
              <w:rPr>
                <w:rFonts w:ascii="Arial" w:hAnsi="Arial" w:cs="Arial"/>
                <w:b/>
                <w:bCs/>
              </w:rPr>
              <w:t>Need and Purpose (400 words max)</w:t>
            </w:r>
          </w:p>
          <w:p w14:paraId="7BFF59AB" w14:textId="77777777" w:rsidR="006C2D4C" w:rsidRPr="006C2D4C" w:rsidRDefault="006C2D4C">
            <w:pPr>
              <w:rPr>
                <w:rFonts w:ascii="Arial" w:hAnsi="Arial" w:cs="Arial"/>
              </w:rPr>
            </w:pPr>
          </w:p>
          <w:p w14:paraId="710DAB8B" w14:textId="34F7CFCD" w:rsidR="006C2D4C" w:rsidRPr="006C2D4C" w:rsidRDefault="006C2D4C">
            <w:pPr>
              <w:rPr>
                <w:rFonts w:ascii="Arial" w:hAnsi="Arial" w:cs="Arial"/>
              </w:rPr>
            </w:pPr>
            <w:r w:rsidRPr="006C2D4C">
              <w:rPr>
                <w:rFonts w:ascii="Arial" w:hAnsi="Arial" w:cs="Arial"/>
              </w:rPr>
              <w:t xml:space="preserve">What need or opportunity does your project respond to? What do you want participants to learn, understand </w:t>
            </w:r>
            <w:r w:rsidR="11E5D1E5" w:rsidRPr="12E54F12">
              <w:rPr>
                <w:rFonts w:ascii="Arial" w:hAnsi="Arial" w:cs="Arial"/>
              </w:rPr>
              <w:t>and gain</w:t>
            </w:r>
            <w:r w:rsidRPr="006C2D4C">
              <w:rPr>
                <w:rFonts w:ascii="Arial" w:hAnsi="Arial" w:cs="Arial"/>
              </w:rPr>
              <w:t xml:space="preserve"> through the activity?</w:t>
            </w:r>
          </w:p>
        </w:tc>
      </w:tr>
      <w:tr w:rsidR="006C2D4C" w14:paraId="7CDF7402" w14:textId="77777777" w:rsidTr="008663CB">
        <w:tc>
          <w:tcPr>
            <w:tcW w:w="10790" w:type="dxa"/>
          </w:tcPr>
          <w:p w14:paraId="51320296" w14:textId="77777777" w:rsidR="006C2D4C" w:rsidRPr="006C2D4C" w:rsidRDefault="006C2D4C">
            <w:pPr>
              <w:rPr>
                <w:rFonts w:ascii="Arial" w:hAnsi="Arial" w:cs="Arial"/>
              </w:rPr>
            </w:pPr>
          </w:p>
          <w:p w14:paraId="613B4C7F" w14:textId="77777777" w:rsidR="006C2D4C" w:rsidRPr="006C2D4C" w:rsidRDefault="006C2D4C">
            <w:pPr>
              <w:rPr>
                <w:rFonts w:ascii="Arial" w:hAnsi="Arial" w:cs="Arial"/>
              </w:rPr>
            </w:pPr>
          </w:p>
          <w:p w14:paraId="03E330FB" w14:textId="77777777" w:rsidR="006C2D4C" w:rsidRPr="006C2D4C" w:rsidRDefault="006C2D4C">
            <w:pPr>
              <w:rPr>
                <w:rFonts w:ascii="Arial" w:hAnsi="Arial" w:cs="Arial"/>
              </w:rPr>
            </w:pPr>
          </w:p>
          <w:p w14:paraId="57A2289F" w14:textId="77777777" w:rsidR="00D432EF" w:rsidRDefault="00D432EF">
            <w:pPr>
              <w:rPr>
                <w:rFonts w:ascii="Arial" w:hAnsi="Arial" w:cs="Arial"/>
              </w:rPr>
            </w:pPr>
          </w:p>
          <w:p w14:paraId="1534E191" w14:textId="77777777" w:rsidR="00E04561" w:rsidRDefault="00E04561">
            <w:pPr>
              <w:rPr>
                <w:rFonts w:ascii="Arial" w:hAnsi="Arial" w:cs="Arial"/>
              </w:rPr>
            </w:pPr>
          </w:p>
          <w:p w14:paraId="3BE5E06C" w14:textId="77777777" w:rsidR="00E04561" w:rsidRPr="006C2D4C" w:rsidRDefault="00E04561">
            <w:pPr>
              <w:rPr>
                <w:rFonts w:ascii="Arial" w:hAnsi="Arial" w:cs="Arial"/>
              </w:rPr>
            </w:pPr>
          </w:p>
        </w:tc>
      </w:tr>
      <w:tr w:rsidR="006C2D4C" w14:paraId="30CFDE94" w14:textId="77777777" w:rsidTr="00D432EF">
        <w:tc>
          <w:tcPr>
            <w:tcW w:w="10790" w:type="dxa"/>
            <w:shd w:val="clear" w:color="auto" w:fill="E2F2E5"/>
          </w:tcPr>
          <w:p w14:paraId="64AAC91E" w14:textId="77777777" w:rsidR="006C2D4C" w:rsidRPr="00E04561" w:rsidRDefault="006C2D4C">
            <w:pPr>
              <w:rPr>
                <w:rFonts w:ascii="Arial" w:hAnsi="Arial" w:cs="Arial"/>
                <w:b/>
                <w:bCs/>
              </w:rPr>
            </w:pPr>
            <w:r w:rsidRPr="00E04561">
              <w:rPr>
                <w:rFonts w:ascii="Arial" w:hAnsi="Arial" w:cs="Arial"/>
                <w:b/>
                <w:bCs/>
              </w:rPr>
              <w:t>Participants and Engagement (400 words max)</w:t>
            </w:r>
          </w:p>
          <w:p w14:paraId="4B791451" w14:textId="77777777" w:rsidR="006C2D4C" w:rsidRPr="006C2D4C" w:rsidRDefault="006C2D4C" w:rsidP="006C2D4C">
            <w:pPr>
              <w:rPr>
                <w:rFonts w:ascii="Arial" w:hAnsi="Arial" w:cs="Arial"/>
              </w:rPr>
            </w:pPr>
          </w:p>
          <w:p w14:paraId="7A2677D3" w14:textId="7F0D3D24" w:rsidR="006C2D4C" w:rsidRPr="006C2D4C" w:rsidRDefault="006C2D4C" w:rsidP="006C2D4C">
            <w:pPr>
              <w:rPr>
                <w:rFonts w:ascii="Arial" w:hAnsi="Arial" w:cs="Arial"/>
              </w:rPr>
            </w:pPr>
            <w:r w:rsidRPr="006C2D4C">
              <w:rPr>
                <w:rFonts w:ascii="Arial" w:hAnsi="Arial" w:cs="Arial"/>
              </w:rPr>
              <w:t>Who is the project for and why? Explain how you will recruit and engage participants, and the rationale for your project activity and how this has been shaped by their needs and context.</w:t>
            </w:r>
          </w:p>
        </w:tc>
      </w:tr>
      <w:tr w:rsidR="006C2D4C" w14:paraId="2C45256F" w14:textId="77777777" w:rsidTr="008663CB">
        <w:tc>
          <w:tcPr>
            <w:tcW w:w="10790" w:type="dxa"/>
          </w:tcPr>
          <w:p w14:paraId="47B59175" w14:textId="77777777" w:rsidR="006C2D4C" w:rsidRPr="006C2D4C" w:rsidRDefault="006C2D4C">
            <w:pPr>
              <w:rPr>
                <w:rFonts w:ascii="Arial" w:hAnsi="Arial" w:cs="Arial"/>
              </w:rPr>
            </w:pPr>
          </w:p>
          <w:p w14:paraId="00261653" w14:textId="77777777" w:rsidR="006C2D4C" w:rsidRPr="006C2D4C" w:rsidRDefault="006C2D4C">
            <w:pPr>
              <w:rPr>
                <w:rFonts w:ascii="Arial" w:hAnsi="Arial" w:cs="Arial"/>
              </w:rPr>
            </w:pPr>
          </w:p>
          <w:p w14:paraId="56D435AF" w14:textId="77777777" w:rsidR="006C2D4C" w:rsidRDefault="006C2D4C">
            <w:pPr>
              <w:rPr>
                <w:rFonts w:ascii="Arial" w:hAnsi="Arial" w:cs="Arial"/>
              </w:rPr>
            </w:pPr>
          </w:p>
          <w:p w14:paraId="2594A75A" w14:textId="77777777" w:rsidR="00E04561" w:rsidRPr="006C2D4C" w:rsidRDefault="00E04561">
            <w:pPr>
              <w:rPr>
                <w:rFonts w:ascii="Arial" w:hAnsi="Arial" w:cs="Arial"/>
              </w:rPr>
            </w:pPr>
          </w:p>
          <w:p w14:paraId="08197E3B" w14:textId="77777777" w:rsidR="00D432EF" w:rsidRDefault="00D432EF">
            <w:pPr>
              <w:rPr>
                <w:rFonts w:ascii="Arial" w:hAnsi="Arial" w:cs="Arial"/>
              </w:rPr>
            </w:pPr>
          </w:p>
          <w:p w14:paraId="119C17AE" w14:textId="77777777" w:rsidR="00E04561" w:rsidRPr="006C2D4C" w:rsidRDefault="00E04561">
            <w:pPr>
              <w:rPr>
                <w:rFonts w:ascii="Arial" w:hAnsi="Arial" w:cs="Arial"/>
              </w:rPr>
            </w:pPr>
          </w:p>
        </w:tc>
      </w:tr>
      <w:tr w:rsidR="006C2D4C" w14:paraId="5ED00E40" w14:textId="77777777" w:rsidTr="00D432EF">
        <w:tc>
          <w:tcPr>
            <w:tcW w:w="10790" w:type="dxa"/>
            <w:shd w:val="clear" w:color="auto" w:fill="E2F2E5"/>
          </w:tcPr>
          <w:p w14:paraId="3BDAC4F0" w14:textId="77777777" w:rsidR="006C2D4C" w:rsidRPr="00E04561" w:rsidRDefault="006C2D4C">
            <w:pPr>
              <w:rPr>
                <w:rFonts w:ascii="Arial" w:hAnsi="Arial" w:cs="Arial"/>
                <w:b/>
                <w:bCs/>
              </w:rPr>
            </w:pPr>
            <w:r w:rsidRPr="00E04561">
              <w:rPr>
                <w:rFonts w:ascii="Arial" w:hAnsi="Arial" w:cs="Arial"/>
                <w:b/>
                <w:bCs/>
              </w:rPr>
              <w:t>Activity and Delivery (400 words max)</w:t>
            </w:r>
          </w:p>
          <w:p w14:paraId="731FAB8A" w14:textId="77777777" w:rsidR="006C2D4C" w:rsidRPr="006C2D4C" w:rsidRDefault="006C2D4C">
            <w:pPr>
              <w:rPr>
                <w:rFonts w:ascii="Arial" w:hAnsi="Arial" w:cs="Arial"/>
              </w:rPr>
            </w:pPr>
          </w:p>
          <w:p w14:paraId="3E0B9E98" w14:textId="52C202DA" w:rsidR="006C2D4C" w:rsidRPr="006C2D4C" w:rsidRDefault="006C2D4C">
            <w:pPr>
              <w:rPr>
                <w:rFonts w:ascii="Arial" w:hAnsi="Arial" w:cs="Arial"/>
                <w:b/>
                <w:bCs/>
              </w:rPr>
            </w:pPr>
            <w:r w:rsidRPr="006C2D4C">
              <w:rPr>
                <w:rFonts w:ascii="Arial" w:hAnsi="Arial" w:cs="Arial"/>
              </w:rPr>
              <w:t>What will happen during the project? Outline the key activities, delivery approach, timescale and key milestones.</w:t>
            </w:r>
          </w:p>
        </w:tc>
      </w:tr>
      <w:tr w:rsidR="006C2D4C" w14:paraId="77BC2A6E" w14:textId="77777777" w:rsidTr="008663CB">
        <w:tc>
          <w:tcPr>
            <w:tcW w:w="10790" w:type="dxa"/>
          </w:tcPr>
          <w:p w14:paraId="348817E0" w14:textId="77777777" w:rsidR="006C2D4C" w:rsidRPr="006C2D4C" w:rsidRDefault="006C2D4C">
            <w:pPr>
              <w:rPr>
                <w:rFonts w:ascii="Arial" w:hAnsi="Arial" w:cs="Arial"/>
              </w:rPr>
            </w:pPr>
          </w:p>
          <w:p w14:paraId="3DB4D428" w14:textId="77777777" w:rsidR="006C2D4C" w:rsidRPr="006C2D4C" w:rsidRDefault="006C2D4C">
            <w:pPr>
              <w:rPr>
                <w:rFonts w:ascii="Arial" w:hAnsi="Arial" w:cs="Arial"/>
              </w:rPr>
            </w:pPr>
          </w:p>
          <w:p w14:paraId="5AAA8F64" w14:textId="77777777" w:rsidR="006C2D4C" w:rsidRDefault="006C2D4C">
            <w:pPr>
              <w:rPr>
                <w:rFonts w:ascii="Arial" w:hAnsi="Arial" w:cs="Arial"/>
              </w:rPr>
            </w:pPr>
          </w:p>
          <w:p w14:paraId="0E8FBBDA" w14:textId="77777777" w:rsidR="00E04561" w:rsidRDefault="00E04561">
            <w:pPr>
              <w:rPr>
                <w:rFonts w:ascii="Arial" w:hAnsi="Arial" w:cs="Arial"/>
              </w:rPr>
            </w:pPr>
          </w:p>
          <w:p w14:paraId="020E035A" w14:textId="77777777" w:rsidR="00D432EF" w:rsidRPr="006C2D4C" w:rsidRDefault="00D432EF">
            <w:pPr>
              <w:rPr>
                <w:rFonts w:ascii="Arial" w:hAnsi="Arial" w:cs="Arial"/>
              </w:rPr>
            </w:pPr>
          </w:p>
          <w:p w14:paraId="45F8E028" w14:textId="77777777" w:rsidR="006C2D4C" w:rsidRPr="006C2D4C" w:rsidRDefault="006C2D4C">
            <w:pPr>
              <w:rPr>
                <w:rFonts w:ascii="Arial" w:hAnsi="Arial" w:cs="Arial"/>
              </w:rPr>
            </w:pPr>
          </w:p>
        </w:tc>
      </w:tr>
      <w:tr w:rsidR="006C2D4C" w14:paraId="374D4C03" w14:textId="77777777" w:rsidTr="00D432EF">
        <w:tc>
          <w:tcPr>
            <w:tcW w:w="10790" w:type="dxa"/>
            <w:shd w:val="clear" w:color="auto" w:fill="E2F2E5"/>
          </w:tcPr>
          <w:p w14:paraId="12CAF989" w14:textId="77777777" w:rsidR="006C2D4C" w:rsidRPr="00E04561" w:rsidRDefault="006C2D4C">
            <w:pPr>
              <w:rPr>
                <w:rFonts w:ascii="Arial" w:hAnsi="Arial" w:cs="Arial"/>
                <w:b/>
                <w:bCs/>
              </w:rPr>
            </w:pPr>
            <w:r w:rsidRPr="00E04561">
              <w:rPr>
                <w:rFonts w:ascii="Arial" w:hAnsi="Arial" w:cs="Arial"/>
                <w:b/>
                <w:bCs/>
              </w:rPr>
              <w:lastRenderedPageBreak/>
              <w:t>Delivery Team (250 words max)</w:t>
            </w:r>
          </w:p>
          <w:p w14:paraId="67777F47" w14:textId="77777777" w:rsidR="006C2D4C" w:rsidRPr="006C2D4C" w:rsidRDefault="006C2D4C">
            <w:pPr>
              <w:rPr>
                <w:rFonts w:ascii="Arial" w:hAnsi="Arial" w:cs="Arial"/>
              </w:rPr>
            </w:pPr>
          </w:p>
          <w:p w14:paraId="5875B929" w14:textId="0FD3B724" w:rsidR="006C2D4C" w:rsidRPr="006C2D4C" w:rsidRDefault="006C2D4C">
            <w:pPr>
              <w:rPr>
                <w:rFonts w:ascii="Arial" w:hAnsi="Arial" w:cs="Arial"/>
              </w:rPr>
            </w:pPr>
            <w:r w:rsidRPr="006C2D4C">
              <w:rPr>
                <w:rFonts w:ascii="Arial" w:hAnsi="Arial" w:cs="Arial"/>
              </w:rPr>
              <w:t>Who will deliver the project? Summarise the roles, responsibilities and relevant experience of the key tutors, practitioners or staff involved. CVs must be provided.</w:t>
            </w:r>
          </w:p>
        </w:tc>
      </w:tr>
      <w:tr w:rsidR="006C2D4C" w14:paraId="1705FC10" w14:textId="77777777" w:rsidTr="008663CB">
        <w:tc>
          <w:tcPr>
            <w:tcW w:w="10790" w:type="dxa"/>
          </w:tcPr>
          <w:p w14:paraId="0C38413A" w14:textId="77777777" w:rsidR="006C2D4C" w:rsidRPr="006C2D4C" w:rsidRDefault="006C2D4C">
            <w:pPr>
              <w:rPr>
                <w:rFonts w:ascii="Arial" w:hAnsi="Arial" w:cs="Arial"/>
              </w:rPr>
            </w:pPr>
          </w:p>
          <w:p w14:paraId="6A7DB5F8" w14:textId="77777777" w:rsidR="006C2D4C" w:rsidRDefault="006C2D4C">
            <w:pPr>
              <w:rPr>
                <w:rFonts w:ascii="Arial" w:hAnsi="Arial" w:cs="Arial"/>
              </w:rPr>
            </w:pPr>
          </w:p>
          <w:p w14:paraId="5CC8B9BF" w14:textId="77777777" w:rsidR="00D432EF" w:rsidRDefault="00D432EF">
            <w:pPr>
              <w:rPr>
                <w:rFonts w:ascii="Arial" w:hAnsi="Arial" w:cs="Arial"/>
              </w:rPr>
            </w:pPr>
          </w:p>
          <w:p w14:paraId="3305A757" w14:textId="77777777" w:rsidR="00D432EF" w:rsidRPr="006C2D4C" w:rsidRDefault="00D432EF">
            <w:pPr>
              <w:rPr>
                <w:rFonts w:ascii="Arial" w:hAnsi="Arial" w:cs="Arial"/>
              </w:rPr>
            </w:pPr>
          </w:p>
          <w:p w14:paraId="61A8B066" w14:textId="77777777" w:rsidR="006C2D4C" w:rsidRDefault="006C2D4C">
            <w:pPr>
              <w:rPr>
                <w:rFonts w:ascii="Arial" w:hAnsi="Arial" w:cs="Arial"/>
              </w:rPr>
            </w:pPr>
          </w:p>
          <w:p w14:paraId="2B69DB12" w14:textId="77777777" w:rsidR="00E04561" w:rsidRPr="006C2D4C" w:rsidRDefault="00E04561">
            <w:pPr>
              <w:rPr>
                <w:rFonts w:ascii="Arial" w:hAnsi="Arial" w:cs="Arial"/>
              </w:rPr>
            </w:pPr>
          </w:p>
        </w:tc>
      </w:tr>
      <w:tr w:rsidR="006C2D4C" w14:paraId="68081DF0" w14:textId="77777777" w:rsidTr="00D432EF">
        <w:tc>
          <w:tcPr>
            <w:tcW w:w="10790" w:type="dxa"/>
            <w:shd w:val="clear" w:color="auto" w:fill="E2F2E5"/>
          </w:tcPr>
          <w:p w14:paraId="4B604CB2" w14:textId="77777777" w:rsidR="006C2D4C" w:rsidRPr="00E04561" w:rsidRDefault="006C2D4C">
            <w:pPr>
              <w:rPr>
                <w:rFonts w:ascii="Arial" w:hAnsi="Arial" w:cs="Arial"/>
                <w:b/>
                <w:bCs/>
              </w:rPr>
            </w:pPr>
            <w:r w:rsidRPr="00E04561">
              <w:rPr>
                <w:rFonts w:ascii="Arial" w:hAnsi="Arial" w:cs="Arial"/>
                <w:b/>
                <w:bCs/>
              </w:rPr>
              <w:t>Project Management (250 words max)</w:t>
            </w:r>
          </w:p>
          <w:p w14:paraId="50260B66" w14:textId="77777777" w:rsidR="006C2D4C" w:rsidRPr="006C2D4C" w:rsidRDefault="006C2D4C">
            <w:pPr>
              <w:rPr>
                <w:rFonts w:ascii="Arial" w:hAnsi="Arial" w:cs="Arial"/>
              </w:rPr>
            </w:pPr>
          </w:p>
          <w:p w14:paraId="108F6450" w14:textId="07C856DD" w:rsidR="006C2D4C" w:rsidRPr="006C2D4C" w:rsidRDefault="006C2D4C">
            <w:pPr>
              <w:rPr>
                <w:rFonts w:ascii="Arial" w:hAnsi="Arial" w:cs="Arial"/>
              </w:rPr>
            </w:pPr>
            <w:r w:rsidRPr="006C2D4C">
              <w:rPr>
                <w:rFonts w:ascii="Arial" w:hAnsi="Arial" w:cs="Arial"/>
              </w:rPr>
              <w:t xml:space="preserve">How will the project be managed? Explain who have overall responsibility for the project, how progress will be monitored, any key risks or challenges and how these will be managed. A separate risk assessment </w:t>
            </w:r>
            <w:r w:rsidR="0C735340" w:rsidRPr="51DD6DE0">
              <w:rPr>
                <w:rFonts w:ascii="Arial" w:hAnsi="Arial" w:cs="Arial"/>
              </w:rPr>
              <w:t>is</w:t>
            </w:r>
            <w:r w:rsidRPr="006C2D4C">
              <w:rPr>
                <w:rFonts w:ascii="Arial" w:hAnsi="Arial" w:cs="Arial"/>
              </w:rPr>
              <w:t xml:space="preserve"> required to support your application.</w:t>
            </w:r>
          </w:p>
        </w:tc>
      </w:tr>
      <w:tr w:rsidR="006C2D4C" w14:paraId="0BAE382A" w14:textId="77777777" w:rsidTr="008663CB">
        <w:tc>
          <w:tcPr>
            <w:tcW w:w="10790" w:type="dxa"/>
          </w:tcPr>
          <w:p w14:paraId="01119404" w14:textId="77777777" w:rsidR="006C2D4C" w:rsidRPr="006C2D4C" w:rsidRDefault="006C2D4C">
            <w:pPr>
              <w:rPr>
                <w:rFonts w:ascii="Arial" w:hAnsi="Arial" w:cs="Arial"/>
              </w:rPr>
            </w:pPr>
          </w:p>
          <w:p w14:paraId="22A6AB6F" w14:textId="77777777" w:rsidR="006C2D4C" w:rsidRPr="006C2D4C" w:rsidRDefault="006C2D4C">
            <w:pPr>
              <w:rPr>
                <w:rFonts w:ascii="Arial" w:hAnsi="Arial" w:cs="Arial"/>
              </w:rPr>
            </w:pPr>
          </w:p>
          <w:p w14:paraId="272EEB54" w14:textId="77777777" w:rsidR="006C2D4C" w:rsidRPr="006C2D4C" w:rsidRDefault="006C2D4C">
            <w:pPr>
              <w:rPr>
                <w:rFonts w:ascii="Arial" w:hAnsi="Arial" w:cs="Arial"/>
              </w:rPr>
            </w:pPr>
          </w:p>
          <w:p w14:paraId="757EB10A" w14:textId="77777777" w:rsidR="006C2D4C" w:rsidRDefault="006C2D4C">
            <w:pPr>
              <w:rPr>
                <w:rFonts w:ascii="Arial" w:hAnsi="Arial" w:cs="Arial"/>
              </w:rPr>
            </w:pPr>
          </w:p>
          <w:p w14:paraId="34BB2A7D" w14:textId="77777777" w:rsidR="00E04561" w:rsidRPr="006C2D4C" w:rsidRDefault="00E04561">
            <w:pPr>
              <w:rPr>
                <w:rFonts w:ascii="Arial" w:hAnsi="Arial" w:cs="Arial"/>
              </w:rPr>
            </w:pPr>
          </w:p>
          <w:p w14:paraId="1A7167F7" w14:textId="77777777" w:rsidR="006C2D4C" w:rsidRPr="006C2D4C" w:rsidRDefault="006C2D4C">
            <w:pPr>
              <w:rPr>
                <w:rFonts w:ascii="Arial" w:hAnsi="Arial" w:cs="Arial"/>
              </w:rPr>
            </w:pPr>
          </w:p>
        </w:tc>
      </w:tr>
      <w:tr w:rsidR="006C2D4C" w14:paraId="0F541A0D" w14:textId="77777777" w:rsidTr="00D432EF">
        <w:tc>
          <w:tcPr>
            <w:tcW w:w="10790" w:type="dxa"/>
            <w:shd w:val="clear" w:color="auto" w:fill="E2F2E5"/>
          </w:tcPr>
          <w:p w14:paraId="40799584" w14:textId="77777777" w:rsidR="006C2D4C" w:rsidRPr="00E04561" w:rsidRDefault="006C2D4C">
            <w:pPr>
              <w:rPr>
                <w:rFonts w:ascii="Arial" w:hAnsi="Arial" w:cs="Arial"/>
                <w:b/>
                <w:bCs/>
              </w:rPr>
            </w:pPr>
            <w:r w:rsidRPr="00E04561">
              <w:rPr>
                <w:rFonts w:ascii="Arial" w:hAnsi="Arial" w:cs="Arial"/>
                <w:b/>
                <w:bCs/>
              </w:rPr>
              <w:t>Evaluation (300 words max)</w:t>
            </w:r>
          </w:p>
          <w:p w14:paraId="5D23233E" w14:textId="77777777" w:rsidR="006C2D4C" w:rsidRPr="006C2D4C" w:rsidRDefault="006C2D4C">
            <w:pPr>
              <w:rPr>
                <w:rFonts w:ascii="Arial" w:hAnsi="Arial" w:cs="Arial"/>
              </w:rPr>
            </w:pPr>
          </w:p>
          <w:p w14:paraId="55F0BB73" w14:textId="7EF84B32" w:rsidR="006C2D4C" w:rsidRPr="006C2D4C" w:rsidRDefault="006C2D4C">
            <w:pPr>
              <w:rPr>
                <w:rFonts w:ascii="Arial" w:hAnsi="Arial" w:cs="Arial"/>
              </w:rPr>
            </w:pPr>
            <w:r w:rsidRPr="006C2D4C">
              <w:rPr>
                <w:rFonts w:ascii="Arial" w:hAnsi="Arial" w:cs="Arial"/>
              </w:rPr>
              <w:t>How will you know if the project has been successful? Explain what outcomes you expect, how you will gather feedback and evidence, and how you will use learning from the project to inform future work.</w:t>
            </w:r>
          </w:p>
        </w:tc>
      </w:tr>
      <w:tr w:rsidR="006C2D4C" w14:paraId="20C11FA9" w14:textId="77777777" w:rsidTr="008663CB">
        <w:tc>
          <w:tcPr>
            <w:tcW w:w="10790" w:type="dxa"/>
          </w:tcPr>
          <w:p w14:paraId="7397F99D" w14:textId="77777777" w:rsidR="006C2D4C" w:rsidRPr="006C2D4C" w:rsidRDefault="006C2D4C">
            <w:pPr>
              <w:rPr>
                <w:rFonts w:ascii="Arial" w:hAnsi="Arial" w:cs="Arial"/>
              </w:rPr>
            </w:pPr>
          </w:p>
          <w:p w14:paraId="1E982CFA" w14:textId="77777777" w:rsidR="006C2D4C" w:rsidRPr="006C2D4C" w:rsidRDefault="006C2D4C">
            <w:pPr>
              <w:rPr>
                <w:rFonts w:ascii="Arial" w:hAnsi="Arial" w:cs="Arial"/>
              </w:rPr>
            </w:pPr>
          </w:p>
          <w:p w14:paraId="234A0357" w14:textId="77777777" w:rsidR="006C2D4C" w:rsidRPr="006C2D4C" w:rsidRDefault="006C2D4C">
            <w:pPr>
              <w:rPr>
                <w:rFonts w:ascii="Arial" w:hAnsi="Arial" w:cs="Arial"/>
              </w:rPr>
            </w:pPr>
          </w:p>
          <w:p w14:paraId="5E68BD2B" w14:textId="77777777" w:rsidR="006C2D4C" w:rsidRPr="006C2D4C" w:rsidRDefault="006C2D4C">
            <w:pPr>
              <w:rPr>
                <w:rFonts w:ascii="Arial" w:hAnsi="Arial" w:cs="Arial"/>
              </w:rPr>
            </w:pPr>
          </w:p>
          <w:p w14:paraId="4711C3AF" w14:textId="77777777" w:rsidR="006C2D4C" w:rsidRDefault="006C2D4C">
            <w:pPr>
              <w:rPr>
                <w:rFonts w:ascii="Arial" w:hAnsi="Arial" w:cs="Arial"/>
              </w:rPr>
            </w:pPr>
          </w:p>
          <w:p w14:paraId="28780E16" w14:textId="77777777" w:rsidR="00E04561" w:rsidRPr="006C2D4C" w:rsidRDefault="00E04561">
            <w:pPr>
              <w:rPr>
                <w:rFonts w:ascii="Arial" w:hAnsi="Arial" w:cs="Arial"/>
              </w:rPr>
            </w:pPr>
          </w:p>
        </w:tc>
      </w:tr>
    </w:tbl>
    <w:p w14:paraId="37DCD61C" w14:textId="031DAD66" w:rsidR="00782EAB" w:rsidRDefault="00782EAB"/>
    <w:p w14:paraId="2526A001" w14:textId="24271100" w:rsidR="00782EAB" w:rsidRDefault="00E04561">
      <w:r w:rsidRPr="008D3BEF">
        <w:rPr>
          <w:rFonts w:ascii="Arial" w:hAnsi="Arial" w:cs="Arial"/>
          <w:b/>
          <w:bCs/>
          <w:color w:val="486F27"/>
          <w:sz w:val="32"/>
          <w:szCs w:val="32"/>
        </w:rPr>
        <w:t>F: Key Considerations</w:t>
      </w:r>
    </w:p>
    <w:tbl>
      <w:tblPr>
        <w:tblStyle w:val="TableGrid"/>
        <w:tblW w:w="0" w:type="auto"/>
        <w:tblLook w:val="04A0" w:firstRow="1" w:lastRow="0" w:firstColumn="1" w:lastColumn="0" w:noHBand="0" w:noVBand="1"/>
      </w:tblPr>
      <w:tblGrid>
        <w:gridCol w:w="10790"/>
      </w:tblGrid>
      <w:tr w:rsidR="001C3C2B" w14:paraId="396E0DBB" w14:textId="77777777" w:rsidTr="00D432EF">
        <w:tc>
          <w:tcPr>
            <w:tcW w:w="10790" w:type="dxa"/>
            <w:shd w:val="clear" w:color="auto" w:fill="E2F2E5"/>
          </w:tcPr>
          <w:p w14:paraId="0B795D51" w14:textId="77777777" w:rsidR="001C3C2B" w:rsidRPr="001C3C2B" w:rsidRDefault="001C3C2B">
            <w:pPr>
              <w:rPr>
                <w:rFonts w:ascii="Arial" w:hAnsi="Arial" w:cs="Arial"/>
                <w:b/>
                <w:bCs/>
              </w:rPr>
            </w:pPr>
            <w:r w:rsidRPr="001C3C2B">
              <w:rPr>
                <w:rFonts w:ascii="Arial" w:hAnsi="Arial" w:cs="Arial"/>
                <w:b/>
                <w:bCs/>
              </w:rPr>
              <w:t>Equalities, Diversity and Inclusion and Access (300 words max)</w:t>
            </w:r>
          </w:p>
          <w:p w14:paraId="244217B1" w14:textId="77777777" w:rsidR="001C3C2B" w:rsidRPr="001C3C2B" w:rsidRDefault="001C3C2B">
            <w:pPr>
              <w:rPr>
                <w:rFonts w:ascii="Arial" w:hAnsi="Arial" w:cs="Arial"/>
              </w:rPr>
            </w:pPr>
          </w:p>
          <w:p w14:paraId="0C8730F6" w14:textId="1205D6DD" w:rsidR="001C3C2B" w:rsidRPr="001C3C2B" w:rsidRDefault="001C3C2B">
            <w:pPr>
              <w:rPr>
                <w:rFonts w:ascii="Arial" w:hAnsi="Arial" w:cs="Arial"/>
              </w:rPr>
            </w:pPr>
            <w:r w:rsidRPr="001C3C2B">
              <w:rPr>
                <w:rFonts w:ascii="Arial" w:hAnsi="Arial" w:cs="Arial"/>
              </w:rPr>
              <w:t>Who may face barriers to taking part and what practical steps will you take to address these? Include any access costs included in your budget.</w:t>
            </w:r>
          </w:p>
        </w:tc>
      </w:tr>
      <w:tr w:rsidR="001C3C2B" w14:paraId="6F49E2B1" w14:textId="77777777" w:rsidTr="008663CB">
        <w:tc>
          <w:tcPr>
            <w:tcW w:w="10790" w:type="dxa"/>
          </w:tcPr>
          <w:p w14:paraId="68F1CBCB" w14:textId="77777777" w:rsidR="001C3C2B" w:rsidRPr="001C3C2B" w:rsidRDefault="001C3C2B">
            <w:pPr>
              <w:rPr>
                <w:rFonts w:ascii="Arial" w:hAnsi="Arial" w:cs="Arial"/>
              </w:rPr>
            </w:pPr>
          </w:p>
          <w:p w14:paraId="45604E30" w14:textId="77777777" w:rsidR="001C3C2B" w:rsidRPr="001C3C2B" w:rsidRDefault="001C3C2B">
            <w:pPr>
              <w:rPr>
                <w:rFonts w:ascii="Arial" w:hAnsi="Arial" w:cs="Arial"/>
              </w:rPr>
            </w:pPr>
          </w:p>
          <w:p w14:paraId="2F880EB7" w14:textId="77777777" w:rsidR="001C3C2B" w:rsidRPr="001C3C2B" w:rsidRDefault="001C3C2B">
            <w:pPr>
              <w:rPr>
                <w:rFonts w:ascii="Arial" w:hAnsi="Arial" w:cs="Arial"/>
              </w:rPr>
            </w:pPr>
          </w:p>
          <w:p w14:paraId="288CAFDE" w14:textId="77777777" w:rsidR="001C3C2B" w:rsidRPr="001C3C2B" w:rsidRDefault="001C3C2B">
            <w:pPr>
              <w:rPr>
                <w:rFonts w:ascii="Arial" w:hAnsi="Arial" w:cs="Arial"/>
              </w:rPr>
            </w:pPr>
          </w:p>
          <w:p w14:paraId="1449D3AA" w14:textId="77777777" w:rsidR="001C3C2B" w:rsidRPr="001C3C2B" w:rsidRDefault="001C3C2B">
            <w:pPr>
              <w:rPr>
                <w:rFonts w:ascii="Arial" w:hAnsi="Arial" w:cs="Arial"/>
              </w:rPr>
            </w:pPr>
          </w:p>
        </w:tc>
      </w:tr>
      <w:tr w:rsidR="001C3C2B" w14:paraId="6A6C97C7" w14:textId="77777777" w:rsidTr="00D432EF">
        <w:tc>
          <w:tcPr>
            <w:tcW w:w="10790" w:type="dxa"/>
            <w:shd w:val="clear" w:color="auto" w:fill="E2F2E5"/>
          </w:tcPr>
          <w:p w14:paraId="1B385A70" w14:textId="77777777" w:rsidR="001C3C2B" w:rsidRPr="001C3C2B" w:rsidRDefault="001C3C2B">
            <w:pPr>
              <w:rPr>
                <w:rFonts w:ascii="Arial" w:hAnsi="Arial" w:cs="Arial"/>
                <w:b/>
                <w:bCs/>
              </w:rPr>
            </w:pPr>
            <w:r w:rsidRPr="001C3C2B">
              <w:rPr>
                <w:rFonts w:ascii="Arial" w:hAnsi="Arial" w:cs="Arial"/>
                <w:b/>
                <w:bCs/>
              </w:rPr>
              <w:t>Environmental Sustainability (200 words max)</w:t>
            </w:r>
          </w:p>
          <w:p w14:paraId="67B4D422" w14:textId="77777777" w:rsidR="001C3C2B" w:rsidRPr="001C3C2B" w:rsidRDefault="001C3C2B" w:rsidP="001C3C2B">
            <w:pPr>
              <w:rPr>
                <w:rFonts w:ascii="Arial" w:hAnsi="Arial" w:cs="Arial"/>
              </w:rPr>
            </w:pPr>
          </w:p>
          <w:p w14:paraId="605650F4" w14:textId="1F3B1789" w:rsidR="001C3C2B" w:rsidRPr="001C3C2B" w:rsidRDefault="001C3C2B" w:rsidP="001C3C2B">
            <w:pPr>
              <w:rPr>
                <w:rFonts w:ascii="Arial" w:hAnsi="Arial" w:cs="Arial"/>
              </w:rPr>
            </w:pPr>
            <w:r w:rsidRPr="001C3C2B">
              <w:rPr>
                <w:rFonts w:ascii="Arial" w:hAnsi="Arial" w:cs="Arial"/>
              </w:rPr>
              <w:t>How will you reduce the environmental impact of your project in a practical and proportionate way?</w:t>
            </w:r>
          </w:p>
        </w:tc>
      </w:tr>
      <w:tr w:rsidR="001C3C2B" w14:paraId="5300808E" w14:textId="77777777" w:rsidTr="008663CB">
        <w:tc>
          <w:tcPr>
            <w:tcW w:w="10790" w:type="dxa"/>
          </w:tcPr>
          <w:p w14:paraId="528DD538" w14:textId="77777777" w:rsidR="001C3C2B" w:rsidRPr="001C3C2B" w:rsidRDefault="001C3C2B">
            <w:pPr>
              <w:rPr>
                <w:rFonts w:ascii="Arial" w:hAnsi="Arial" w:cs="Arial"/>
              </w:rPr>
            </w:pPr>
          </w:p>
          <w:p w14:paraId="0D180EAE" w14:textId="77777777" w:rsidR="001C3C2B" w:rsidRPr="001C3C2B" w:rsidRDefault="001C3C2B">
            <w:pPr>
              <w:rPr>
                <w:rFonts w:ascii="Arial" w:hAnsi="Arial" w:cs="Arial"/>
              </w:rPr>
            </w:pPr>
          </w:p>
          <w:p w14:paraId="34C06A49" w14:textId="77777777" w:rsidR="001C3C2B" w:rsidRPr="001C3C2B" w:rsidRDefault="001C3C2B">
            <w:pPr>
              <w:rPr>
                <w:rFonts w:ascii="Arial" w:hAnsi="Arial" w:cs="Arial"/>
              </w:rPr>
            </w:pPr>
          </w:p>
          <w:p w14:paraId="0747572C" w14:textId="77777777" w:rsidR="001C3C2B" w:rsidRPr="001C3C2B" w:rsidRDefault="001C3C2B">
            <w:pPr>
              <w:rPr>
                <w:rFonts w:ascii="Arial" w:hAnsi="Arial" w:cs="Arial"/>
              </w:rPr>
            </w:pPr>
          </w:p>
          <w:p w14:paraId="33760DE9" w14:textId="77777777" w:rsidR="001C3C2B" w:rsidRPr="001C3C2B" w:rsidRDefault="001C3C2B">
            <w:pPr>
              <w:rPr>
                <w:rFonts w:ascii="Arial" w:hAnsi="Arial" w:cs="Arial"/>
              </w:rPr>
            </w:pPr>
          </w:p>
        </w:tc>
      </w:tr>
      <w:tr w:rsidR="001C3C2B" w14:paraId="1BA56757" w14:textId="77777777" w:rsidTr="00D432EF">
        <w:tc>
          <w:tcPr>
            <w:tcW w:w="10790" w:type="dxa"/>
            <w:shd w:val="clear" w:color="auto" w:fill="E2F2E5"/>
          </w:tcPr>
          <w:p w14:paraId="64633055" w14:textId="77777777" w:rsidR="001C3C2B" w:rsidRPr="001C3C2B" w:rsidRDefault="001C3C2B">
            <w:pPr>
              <w:rPr>
                <w:rFonts w:ascii="Arial" w:hAnsi="Arial" w:cs="Arial"/>
                <w:b/>
                <w:bCs/>
              </w:rPr>
            </w:pPr>
            <w:r w:rsidRPr="001C3C2B">
              <w:rPr>
                <w:rFonts w:ascii="Arial" w:hAnsi="Arial" w:cs="Arial"/>
                <w:b/>
                <w:bCs/>
              </w:rPr>
              <w:t xml:space="preserve">Fair Work (200 words max) </w:t>
            </w:r>
          </w:p>
          <w:p w14:paraId="4B10A88C" w14:textId="77777777" w:rsidR="001C3C2B" w:rsidRPr="001C3C2B" w:rsidRDefault="001C3C2B">
            <w:pPr>
              <w:rPr>
                <w:rFonts w:ascii="Arial" w:hAnsi="Arial" w:cs="Arial"/>
              </w:rPr>
            </w:pPr>
          </w:p>
          <w:p w14:paraId="12A694C1" w14:textId="3799F3E0" w:rsidR="001C3C2B" w:rsidRPr="001C3C2B" w:rsidRDefault="001C3C2B">
            <w:pPr>
              <w:rPr>
                <w:rFonts w:ascii="Arial" w:hAnsi="Arial" w:cs="Arial"/>
              </w:rPr>
            </w:pPr>
            <w:r w:rsidRPr="001C3C2B">
              <w:rPr>
                <w:rFonts w:ascii="Arial" w:hAnsi="Arial" w:cs="Arial"/>
              </w:rPr>
              <w:t>How will you ensure fair pay and fair working practices?</w:t>
            </w:r>
          </w:p>
        </w:tc>
      </w:tr>
      <w:tr w:rsidR="001C3C2B" w14:paraId="6492CFB0" w14:textId="77777777" w:rsidTr="008663CB">
        <w:tc>
          <w:tcPr>
            <w:tcW w:w="10790" w:type="dxa"/>
          </w:tcPr>
          <w:p w14:paraId="79D48CDF" w14:textId="77777777" w:rsidR="001C3C2B" w:rsidRPr="001C3C2B" w:rsidRDefault="001C3C2B">
            <w:pPr>
              <w:rPr>
                <w:rFonts w:ascii="Arial" w:hAnsi="Arial" w:cs="Arial"/>
              </w:rPr>
            </w:pPr>
          </w:p>
          <w:p w14:paraId="66767646" w14:textId="77777777" w:rsidR="001C3C2B" w:rsidRPr="001C3C2B" w:rsidRDefault="001C3C2B">
            <w:pPr>
              <w:rPr>
                <w:rFonts w:ascii="Arial" w:hAnsi="Arial" w:cs="Arial"/>
              </w:rPr>
            </w:pPr>
          </w:p>
          <w:p w14:paraId="5F03628D" w14:textId="77777777" w:rsidR="001C3C2B" w:rsidRPr="001C3C2B" w:rsidRDefault="001C3C2B">
            <w:pPr>
              <w:rPr>
                <w:rFonts w:ascii="Arial" w:hAnsi="Arial" w:cs="Arial"/>
              </w:rPr>
            </w:pPr>
          </w:p>
          <w:p w14:paraId="3B321B63" w14:textId="77777777" w:rsidR="001C3C2B" w:rsidRPr="001C3C2B" w:rsidRDefault="001C3C2B">
            <w:pPr>
              <w:rPr>
                <w:rFonts w:ascii="Arial" w:hAnsi="Arial" w:cs="Arial"/>
              </w:rPr>
            </w:pPr>
          </w:p>
          <w:p w14:paraId="6F9FE7F7" w14:textId="77777777" w:rsidR="001C3C2B" w:rsidRPr="001C3C2B" w:rsidRDefault="001C3C2B">
            <w:pPr>
              <w:rPr>
                <w:rFonts w:ascii="Arial" w:hAnsi="Arial" w:cs="Arial"/>
              </w:rPr>
            </w:pPr>
          </w:p>
        </w:tc>
      </w:tr>
      <w:tr w:rsidR="001C3C2B" w14:paraId="71F89198" w14:textId="77777777" w:rsidTr="00D432EF">
        <w:tc>
          <w:tcPr>
            <w:tcW w:w="10790" w:type="dxa"/>
            <w:shd w:val="clear" w:color="auto" w:fill="E2F2E5"/>
          </w:tcPr>
          <w:p w14:paraId="20C37E6D" w14:textId="77777777" w:rsidR="001C3C2B" w:rsidRPr="001C3C2B" w:rsidRDefault="001C3C2B">
            <w:pPr>
              <w:rPr>
                <w:rFonts w:ascii="Arial" w:hAnsi="Arial" w:cs="Arial"/>
                <w:b/>
                <w:bCs/>
              </w:rPr>
            </w:pPr>
            <w:r w:rsidRPr="001C3C2B">
              <w:rPr>
                <w:rFonts w:ascii="Arial" w:hAnsi="Arial" w:cs="Arial"/>
                <w:b/>
                <w:bCs/>
              </w:rPr>
              <w:t>Safeguarding (200 words max)</w:t>
            </w:r>
          </w:p>
          <w:p w14:paraId="7EB4BF70" w14:textId="77777777" w:rsidR="001C3C2B" w:rsidRPr="001C3C2B" w:rsidRDefault="001C3C2B" w:rsidP="001C3C2B">
            <w:pPr>
              <w:rPr>
                <w:rFonts w:ascii="Arial" w:hAnsi="Arial" w:cs="Arial"/>
              </w:rPr>
            </w:pPr>
          </w:p>
          <w:p w14:paraId="517AE037" w14:textId="5A20EFCD" w:rsidR="001C3C2B" w:rsidRPr="001C3C2B" w:rsidRDefault="001C3C2B" w:rsidP="001C3C2B">
            <w:pPr>
              <w:rPr>
                <w:rFonts w:ascii="Arial" w:hAnsi="Arial" w:cs="Arial"/>
              </w:rPr>
            </w:pPr>
            <w:r w:rsidRPr="001C3C2B">
              <w:rPr>
                <w:rFonts w:ascii="Arial" w:hAnsi="Arial" w:cs="Arial"/>
              </w:rPr>
              <w:t>If your project involves children, young people or vulnerable adults, outline your safeguarding approach including policies, named responsibility or safer recruitment arrangements</w:t>
            </w:r>
            <w:r w:rsidR="1457E248" w:rsidRPr="51DD6DE0">
              <w:rPr>
                <w:rFonts w:ascii="Arial" w:hAnsi="Arial" w:cs="Arial"/>
              </w:rPr>
              <w:t xml:space="preserve"> and PVG details</w:t>
            </w:r>
            <w:r w:rsidRPr="001C3C2B">
              <w:rPr>
                <w:rFonts w:ascii="Arial" w:hAnsi="Arial" w:cs="Arial"/>
              </w:rPr>
              <w:t>.</w:t>
            </w:r>
          </w:p>
        </w:tc>
      </w:tr>
      <w:tr w:rsidR="001C3C2B" w14:paraId="70ACF54B" w14:textId="77777777" w:rsidTr="008663CB">
        <w:tc>
          <w:tcPr>
            <w:tcW w:w="10790" w:type="dxa"/>
          </w:tcPr>
          <w:p w14:paraId="6088C575" w14:textId="77777777" w:rsidR="001C3C2B" w:rsidRDefault="001C3C2B">
            <w:pPr>
              <w:rPr>
                <w:rFonts w:ascii="Arial" w:hAnsi="Arial" w:cs="Arial"/>
              </w:rPr>
            </w:pPr>
          </w:p>
          <w:p w14:paraId="2842CFEE" w14:textId="77777777" w:rsidR="00D432EF" w:rsidRPr="001C3C2B" w:rsidRDefault="00D432EF">
            <w:pPr>
              <w:rPr>
                <w:rFonts w:ascii="Arial" w:hAnsi="Arial" w:cs="Arial"/>
              </w:rPr>
            </w:pPr>
          </w:p>
          <w:p w14:paraId="3B715B61" w14:textId="77777777" w:rsidR="001C3C2B" w:rsidRPr="001C3C2B" w:rsidRDefault="001C3C2B">
            <w:pPr>
              <w:rPr>
                <w:rFonts w:ascii="Arial" w:hAnsi="Arial" w:cs="Arial"/>
              </w:rPr>
            </w:pPr>
          </w:p>
          <w:p w14:paraId="5B6F97EC" w14:textId="77777777" w:rsidR="001C3C2B" w:rsidRDefault="001C3C2B">
            <w:pPr>
              <w:rPr>
                <w:rFonts w:ascii="Arial" w:hAnsi="Arial" w:cs="Arial"/>
              </w:rPr>
            </w:pPr>
          </w:p>
          <w:p w14:paraId="67F65879" w14:textId="77777777" w:rsidR="00944967" w:rsidRPr="001C3C2B" w:rsidRDefault="00944967">
            <w:pPr>
              <w:rPr>
                <w:rFonts w:ascii="Arial" w:hAnsi="Arial" w:cs="Arial"/>
              </w:rPr>
            </w:pPr>
          </w:p>
        </w:tc>
      </w:tr>
    </w:tbl>
    <w:p w14:paraId="5DE812A9" w14:textId="6075D027" w:rsidR="00782EAB" w:rsidRDefault="00782EAB"/>
    <w:p w14:paraId="172B1561" w14:textId="351852F3" w:rsidR="001C3C2B" w:rsidRDefault="001C3C2B">
      <w:pPr>
        <w:rPr>
          <w:rFonts w:ascii="Arial" w:hAnsi="Arial" w:cs="Arial"/>
          <w:b/>
          <w:bCs/>
          <w:sz w:val="32"/>
          <w:szCs w:val="32"/>
        </w:rPr>
      </w:pPr>
      <w:r w:rsidRPr="008D3BEF">
        <w:rPr>
          <w:rFonts w:ascii="Arial" w:hAnsi="Arial" w:cs="Arial"/>
          <w:b/>
          <w:bCs/>
          <w:color w:val="486F27"/>
          <w:sz w:val="32"/>
          <w:szCs w:val="32"/>
        </w:rPr>
        <w:t xml:space="preserve">G: Supporting Materials </w:t>
      </w:r>
    </w:p>
    <w:p w14:paraId="600525A9" w14:textId="7D2357AD" w:rsidR="001C3C2B" w:rsidRDefault="001C3C2B">
      <w:pPr>
        <w:rPr>
          <w:rFonts w:ascii="Arial" w:hAnsi="Arial" w:cs="Arial"/>
          <w:b/>
          <w:bCs/>
          <w:sz w:val="32"/>
          <w:szCs w:val="32"/>
        </w:rPr>
      </w:pPr>
      <w:r>
        <w:rPr>
          <w:rFonts w:ascii="Arial" w:hAnsi="Arial" w:cs="Arial"/>
        </w:rPr>
        <w:t xml:space="preserve">Please confirm that you have </w:t>
      </w:r>
      <w:r w:rsidR="008232D0">
        <w:rPr>
          <w:rFonts w:ascii="Arial" w:hAnsi="Arial" w:cs="Arial"/>
        </w:rPr>
        <w:t>provided the following supporting materials alongside your completed application form.</w:t>
      </w:r>
    </w:p>
    <w:tbl>
      <w:tblPr>
        <w:tblStyle w:val="TableGrid"/>
        <w:tblW w:w="0" w:type="auto"/>
        <w:tblLook w:val="04A0" w:firstRow="1" w:lastRow="0" w:firstColumn="1" w:lastColumn="0" w:noHBand="0" w:noVBand="1"/>
      </w:tblPr>
      <w:tblGrid>
        <w:gridCol w:w="7933"/>
        <w:gridCol w:w="2552"/>
      </w:tblGrid>
      <w:tr w:rsidR="001C3C2B" w:rsidRPr="001677C0" w14:paraId="5A4470AC" w14:textId="77777777" w:rsidTr="00D432EF">
        <w:tc>
          <w:tcPr>
            <w:tcW w:w="7933" w:type="dxa"/>
            <w:shd w:val="clear" w:color="auto" w:fill="E2F2E5"/>
          </w:tcPr>
          <w:p w14:paraId="0161FF69" w14:textId="379190FE" w:rsidR="001C3C2B" w:rsidRPr="00DA4D1E" w:rsidRDefault="001C3C2B">
            <w:pPr>
              <w:rPr>
                <w:rFonts w:ascii="Arial" w:hAnsi="Arial" w:cs="Arial"/>
                <w:b/>
                <w:bCs/>
              </w:rPr>
            </w:pPr>
            <w:r w:rsidRPr="00DA4D1E">
              <w:rPr>
                <w:rFonts w:ascii="Arial" w:hAnsi="Arial" w:cs="Arial"/>
                <w:b/>
                <w:bCs/>
              </w:rPr>
              <w:t>Detailed Project Budget</w:t>
            </w:r>
          </w:p>
        </w:tc>
        <w:sdt>
          <w:sdtPr>
            <w:rPr>
              <w:rFonts w:ascii="Arial" w:hAnsi="Arial" w:cs="Arial"/>
            </w:rPr>
            <w:id w:val="-1231846629"/>
            <w14:checkbox>
              <w14:checked w14:val="0"/>
              <w14:checkedState w14:val="2612" w14:font="MS Gothic"/>
              <w14:uncheckedState w14:val="2610" w14:font="MS Gothic"/>
            </w14:checkbox>
          </w:sdtPr>
          <w:sdtEndPr/>
          <w:sdtContent>
            <w:tc>
              <w:tcPr>
                <w:tcW w:w="2552" w:type="dxa"/>
              </w:tcPr>
              <w:p w14:paraId="278FFF5E" w14:textId="77777777" w:rsidR="001C3C2B" w:rsidRPr="001677C0" w:rsidRDefault="001C3C2B">
                <w:pPr>
                  <w:rPr>
                    <w:rFonts w:ascii="Arial" w:hAnsi="Arial" w:cs="Arial"/>
                  </w:rPr>
                </w:pPr>
                <w:r>
                  <w:rPr>
                    <w:rFonts w:ascii="MS Gothic" w:eastAsia="MS Gothic" w:hAnsi="MS Gothic" w:cs="Arial" w:hint="eastAsia"/>
                  </w:rPr>
                  <w:t>☐</w:t>
                </w:r>
              </w:p>
            </w:tc>
          </w:sdtContent>
        </w:sdt>
      </w:tr>
      <w:tr w:rsidR="001C3C2B" w:rsidRPr="001677C0" w14:paraId="679053F4" w14:textId="77777777" w:rsidTr="00D432EF">
        <w:tc>
          <w:tcPr>
            <w:tcW w:w="7933" w:type="dxa"/>
            <w:shd w:val="clear" w:color="auto" w:fill="E2F2E5"/>
          </w:tcPr>
          <w:p w14:paraId="0EA34C51" w14:textId="5573468B" w:rsidR="001C3C2B" w:rsidRPr="00DA4D1E" w:rsidRDefault="001C3C2B">
            <w:pPr>
              <w:rPr>
                <w:rFonts w:ascii="Arial" w:hAnsi="Arial" w:cs="Arial"/>
                <w:b/>
                <w:bCs/>
              </w:rPr>
            </w:pPr>
            <w:r w:rsidRPr="00DA4D1E">
              <w:rPr>
                <w:rFonts w:ascii="Arial" w:hAnsi="Arial" w:cs="Arial"/>
                <w:b/>
                <w:bCs/>
              </w:rPr>
              <w:t>CVs of key personnel</w:t>
            </w:r>
          </w:p>
        </w:tc>
        <w:sdt>
          <w:sdtPr>
            <w:rPr>
              <w:rFonts w:ascii="Arial" w:hAnsi="Arial" w:cs="Arial"/>
            </w:rPr>
            <w:id w:val="220720394"/>
            <w14:checkbox>
              <w14:checked w14:val="0"/>
              <w14:checkedState w14:val="2612" w14:font="MS Gothic"/>
              <w14:uncheckedState w14:val="2610" w14:font="MS Gothic"/>
            </w14:checkbox>
          </w:sdtPr>
          <w:sdtEndPr/>
          <w:sdtContent>
            <w:tc>
              <w:tcPr>
                <w:tcW w:w="2552" w:type="dxa"/>
              </w:tcPr>
              <w:p w14:paraId="29B388B5" w14:textId="77777777" w:rsidR="001C3C2B" w:rsidRPr="001677C0" w:rsidRDefault="001C3C2B">
                <w:pPr>
                  <w:rPr>
                    <w:rFonts w:ascii="Arial" w:hAnsi="Arial" w:cs="Arial"/>
                  </w:rPr>
                </w:pPr>
                <w:r>
                  <w:rPr>
                    <w:rFonts w:ascii="MS Gothic" w:eastAsia="MS Gothic" w:hAnsi="MS Gothic" w:cs="Arial" w:hint="eastAsia"/>
                  </w:rPr>
                  <w:t>☐</w:t>
                </w:r>
              </w:p>
            </w:tc>
          </w:sdtContent>
        </w:sdt>
      </w:tr>
      <w:tr w:rsidR="001C3C2B" w:rsidRPr="001677C0" w14:paraId="6044DEAA" w14:textId="77777777" w:rsidTr="00D432EF">
        <w:tc>
          <w:tcPr>
            <w:tcW w:w="7933" w:type="dxa"/>
            <w:shd w:val="clear" w:color="auto" w:fill="E2F2E5"/>
          </w:tcPr>
          <w:p w14:paraId="26F1AD6E" w14:textId="019FC5EA" w:rsidR="001C3C2B" w:rsidRPr="00DA4D1E" w:rsidRDefault="00944967">
            <w:pPr>
              <w:rPr>
                <w:rFonts w:ascii="Arial" w:hAnsi="Arial" w:cs="Arial"/>
                <w:b/>
                <w:bCs/>
              </w:rPr>
            </w:pPr>
            <w:r>
              <w:rPr>
                <w:rFonts w:ascii="Arial" w:hAnsi="Arial" w:cs="Arial"/>
                <w:b/>
                <w:bCs/>
              </w:rPr>
              <w:t>C</w:t>
            </w:r>
            <w:r w:rsidR="001C3C2B" w:rsidRPr="00DA4D1E">
              <w:rPr>
                <w:rFonts w:ascii="Arial" w:hAnsi="Arial" w:cs="Arial"/>
                <w:b/>
                <w:bCs/>
              </w:rPr>
              <w:t xml:space="preserve">opy of your </w:t>
            </w:r>
            <w:r w:rsidR="134B0334" w:rsidRPr="10A19621">
              <w:rPr>
                <w:rFonts w:ascii="Arial" w:hAnsi="Arial" w:cs="Arial"/>
                <w:b/>
                <w:bCs/>
              </w:rPr>
              <w:t>constitution</w:t>
            </w:r>
            <w:r w:rsidR="001C3C2B" w:rsidRPr="00DA4D1E">
              <w:rPr>
                <w:rFonts w:ascii="Arial" w:hAnsi="Arial" w:cs="Arial"/>
                <w:b/>
                <w:bCs/>
              </w:rPr>
              <w:t xml:space="preserve"> or governing document</w:t>
            </w:r>
            <w:r>
              <w:rPr>
                <w:rFonts w:ascii="Arial" w:hAnsi="Arial" w:cs="Arial"/>
                <w:b/>
                <w:bCs/>
              </w:rPr>
              <w:t xml:space="preserve"> </w:t>
            </w:r>
            <w:r>
              <w:rPr>
                <w:rFonts w:ascii="Arial" w:hAnsi="Arial" w:cs="Arial"/>
                <w:b/>
                <w:bCs/>
              </w:rPr>
              <w:br/>
            </w:r>
            <w:r w:rsidRPr="00944967">
              <w:rPr>
                <w:rFonts w:ascii="Arial" w:hAnsi="Arial" w:cs="Arial"/>
                <w:i/>
                <w:iCs/>
              </w:rPr>
              <w:t>(i</w:t>
            </w:r>
            <w:r w:rsidRPr="00944967">
              <w:rPr>
                <w:rFonts w:ascii="Arial" w:hAnsi="Arial" w:cs="Arial"/>
                <w:i/>
                <w:iCs/>
              </w:rPr>
              <w:t>f applying as an organisation</w:t>
            </w:r>
            <w:r w:rsidRPr="00944967">
              <w:rPr>
                <w:rFonts w:ascii="Arial" w:hAnsi="Arial" w:cs="Arial"/>
                <w:i/>
                <w:iCs/>
              </w:rPr>
              <w:t>)</w:t>
            </w:r>
          </w:p>
        </w:tc>
        <w:sdt>
          <w:sdtPr>
            <w:rPr>
              <w:rFonts w:ascii="Arial" w:hAnsi="Arial" w:cs="Arial"/>
            </w:rPr>
            <w:id w:val="180637522"/>
            <w14:checkbox>
              <w14:checked w14:val="0"/>
              <w14:checkedState w14:val="2612" w14:font="MS Gothic"/>
              <w14:uncheckedState w14:val="2610" w14:font="MS Gothic"/>
            </w14:checkbox>
          </w:sdtPr>
          <w:sdtEndPr/>
          <w:sdtContent>
            <w:tc>
              <w:tcPr>
                <w:tcW w:w="2552" w:type="dxa"/>
              </w:tcPr>
              <w:p w14:paraId="20971D1E" w14:textId="77777777" w:rsidR="001C3C2B" w:rsidRPr="001677C0" w:rsidRDefault="001C3C2B">
                <w:pPr>
                  <w:rPr>
                    <w:rFonts w:ascii="Arial" w:hAnsi="Arial" w:cs="Arial"/>
                  </w:rPr>
                </w:pPr>
                <w:r>
                  <w:rPr>
                    <w:rFonts w:ascii="MS Gothic" w:eastAsia="MS Gothic" w:hAnsi="MS Gothic" w:cs="Arial" w:hint="eastAsia"/>
                  </w:rPr>
                  <w:t>☐</w:t>
                </w:r>
              </w:p>
            </w:tc>
          </w:sdtContent>
        </w:sdt>
      </w:tr>
      <w:tr w:rsidR="001C3C2B" w:rsidRPr="001677C0" w14:paraId="6B6F73FA" w14:textId="77777777" w:rsidTr="00D432EF">
        <w:tc>
          <w:tcPr>
            <w:tcW w:w="7933" w:type="dxa"/>
            <w:shd w:val="clear" w:color="auto" w:fill="E2F2E5"/>
          </w:tcPr>
          <w:p w14:paraId="4D1F06A2" w14:textId="455883D4" w:rsidR="001C3C2B" w:rsidRPr="00DA4D1E" w:rsidRDefault="001C3C2B">
            <w:pPr>
              <w:rPr>
                <w:rFonts w:ascii="Arial" w:hAnsi="Arial" w:cs="Arial"/>
                <w:b/>
                <w:bCs/>
              </w:rPr>
            </w:pPr>
            <w:r w:rsidRPr="00DA4D1E">
              <w:rPr>
                <w:rFonts w:ascii="Arial" w:hAnsi="Arial" w:cs="Arial"/>
                <w:b/>
                <w:bCs/>
              </w:rPr>
              <w:t>Equalities, Diversity and Inclusion or Equal Opportunities Policy/Statement</w:t>
            </w:r>
          </w:p>
        </w:tc>
        <w:sdt>
          <w:sdtPr>
            <w:rPr>
              <w:rFonts w:ascii="Arial" w:hAnsi="Arial" w:cs="Arial"/>
            </w:rPr>
            <w:id w:val="1529375179"/>
            <w14:checkbox>
              <w14:checked w14:val="0"/>
              <w14:checkedState w14:val="2612" w14:font="MS Gothic"/>
              <w14:uncheckedState w14:val="2610" w14:font="MS Gothic"/>
            </w14:checkbox>
          </w:sdtPr>
          <w:sdtEndPr/>
          <w:sdtContent>
            <w:tc>
              <w:tcPr>
                <w:tcW w:w="2552" w:type="dxa"/>
              </w:tcPr>
              <w:p w14:paraId="3A4E5DC0" w14:textId="77777777" w:rsidR="001C3C2B" w:rsidRPr="001677C0" w:rsidRDefault="001C3C2B">
                <w:pPr>
                  <w:rPr>
                    <w:rFonts w:ascii="Arial" w:hAnsi="Arial" w:cs="Arial"/>
                  </w:rPr>
                </w:pPr>
                <w:r>
                  <w:rPr>
                    <w:rFonts w:ascii="MS Gothic" w:eastAsia="MS Gothic" w:hAnsi="MS Gothic" w:cs="Arial" w:hint="eastAsia"/>
                  </w:rPr>
                  <w:t>☐</w:t>
                </w:r>
              </w:p>
            </w:tc>
          </w:sdtContent>
        </w:sdt>
      </w:tr>
      <w:tr w:rsidR="00944967" w:rsidRPr="001677C0" w14:paraId="210172BC" w14:textId="77777777" w:rsidTr="00D432EF">
        <w:tc>
          <w:tcPr>
            <w:tcW w:w="7933" w:type="dxa"/>
            <w:shd w:val="clear" w:color="auto" w:fill="E2F2E5"/>
          </w:tcPr>
          <w:p w14:paraId="6CCCE120" w14:textId="0C3043E5" w:rsidR="00944967" w:rsidRPr="00DA4D1E" w:rsidRDefault="00944967">
            <w:pPr>
              <w:rPr>
                <w:rFonts w:ascii="Arial" w:hAnsi="Arial" w:cs="Arial"/>
                <w:b/>
                <w:bCs/>
              </w:rPr>
            </w:pPr>
            <w:r>
              <w:rPr>
                <w:rFonts w:ascii="Arial" w:hAnsi="Arial" w:cs="Arial"/>
                <w:b/>
                <w:bCs/>
              </w:rPr>
              <w:t>Safeguarding Policy/Statement</w:t>
            </w:r>
          </w:p>
        </w:tc>
        <w:sdt>
          <w:sdtPr>
            <w:rPr>
              <w:rFonts w:ascii="Arial" w:hAnsi="Arial" w:cs="Arial"/>
            </w:rPr>
            <w:id w:val="1336795897"/>
            <w14:checkbox>
              <w14:checked w14:val="0"/>
              <w14:checkedState w14:val="2612" w14:font="MS Gothic"/>
              <w14:uncheckedState w14:val="2610" w14:font="MS Gothic"/>
            </w14:checkbox>
          </w:sdtPr>
          <w:sdtContent>
            <w:tc>
              <w:tcPr>
                <w:tcW w:w="2552" w:type="dxa"/>
              </w:tcPr>
              <w:p w14:paraId="0AE57D38" w14:textId="728EF622" w:rsidR="00944967" w:rsidRDefault="00944967">
                <w:pPr>
                  <w:rPr>
                    <w:rFonts w:ascii="Arial" w:hAnsi="Arial" w:cs="Arial"/>
                  </w:rPr>
                </w:pPr>
                <w:r>
                  <w:rPr>
                    <w:rFonts w:ascii="MS Gothic" w:eastAsia="MS Gothic" w:hAnsi="MS Gothic" w:cs="Arial" w:hint="eastAsia"/>
                  </w:rPr>
                  <w:t>☐</w:t>
                </w:r>
              </w:p>
            </w:tc>
          </w:sdtContent>
        </w:sdt>
      </w:tr>
      <w:tr w:rsidR="00944967" w:rsidRPr="001677C0" w14:paraId="59B82BA1" w14:textId="77777777" w:rsidTr="00D432EF">
        <w:tc>
          <w:tcPr>
            <w:tcW w:w="7933" w:type="dxa"/>
            <w:shd w:val="clear" w:color="auto" w:fill="E2F2E5"/>
          </w:tcPr>
          <w:p w14:paraId="1FDE18E4" w14:textId="3D80D6EA" w:rsidR="00944967" w:rsidRDefault="00944967">
            <w:pPr>
              <w:rPr>
                <w:rFonts w:ascii="Arial" w:hAnsi="Arial" w:cs="Arial"/>
                <w:b/>
                <w:bCs/>
              </w:rPr>
            </w:pPr>
            <w:r>
              <w:rPr>
                <w:rFonts w:ascii="Arial" w:hAnsi="Arial" w:cs="Arial"/>
                <w:b/>
                <w:bCs/>
              </w:rPr>
              <w:t>Environmental Suatainability Policy/Statement</w:t>
            </w:r>
          </w:p>
        </w:tc>
        <w:sdt>
          <w:sdtPr>
            <w:rPr>
              <w:rFonts w:ascii="Arial" w:hAnsi="Arial" w:cs="Arial"/>
            </w:rPr>
            <w:id w:val="-485863460"/>
            <w14:checkbox>
              <w14:checked w14:val="0"/>
              <w14:checkedState w14:val="2612" w14:font="MS Gothic"/>
              <w14:uncheckedState w14:val="2610" w14:font="MS Gothic"/>
            </w14:checkbox>
          </w:sdtPr>
          <w:sdtContent>
            <w:tc>
              <w:tcPr>
                <w:tcW w:w="2552" w:type="dxa"/>
              </w:tcPr>
              <w:p w14:paraId="266DB4A7" w14:textId="7926E647" w:rsidR="00944967" w:rsidRDefault="00944967">
                <w:pPr>
                  <w:rPr>
                    <w:rFonts w:ascii="Arial" w:hAnsi="Arial" w:cs="Arial"/>
                  </w:rPr>
                </w:pPr>
                <w:r>
                  <w:rPr>
                    <w:rFonts w:ascii="MS Gothic" w:eastAsia="MS Gothic" w:hAnsi="MS Gothic" w:cs="Arial" w:hint="eastAsia"/>
                  </w:rPr>
                  <w:t>☐</w:t>
                </w:r>
              </w:p>
            </w:tc>
          </w:sdtContent>
        </w:sdt>
      </w:tr>
      <w:tr w:rsidR="001C3C2B" w:rsidRPr="001677C0" w14:paraId="36DA9D1D" w14:textId="77777777" w:rsidTr="00D432EF">
        <w:tc>
          <w:tcPr>
            <w:tcW w:w="7933" w:type="dxa"/>
            <w:shd w:val="clear" w:color="auto" w:fill="E2F2E5"/>
          </w:tcPr>
          <w:p w14:paraId="2DC126DF" w14:textId="5FF3E26D" w:rsidR="001C3C2B" w:rsidRPr="00DA4D1E" w:rsidRDefault="001C3C2B">
            <w:pPr>
              <w:rPr>
                <w:rFonts w:ascii="Arial" w:hAnsi="Arial" w:cs="Arial"/>
                <w:b/>
                <w:bCs/>
              </w:rPr>
            </w:pPr>
            <w:r w:rsidRPr="00DA4D1E">
              <w:rPr>
                <w:rFonts w:ascii="Arial" w:hAnsi="Arial" w:cs="Arial"/>
                <w:b/>
                <w:bCs/>
              </w:rPr>
              <w:t>Letters of support/commitment from project partners</w:t>
            </w:r>
          </w:p>
        </w:tc>
        <w:sdt>
          <w:sdtPr>
            <w:rPr>
              <w:rFonts w:ascii="Arial" w:hAnsi="Arial" w:cs="Arial"/>
            </w:rPr>
            <w:id w:val="-187217863"/>
            <w14:checkbox>
              <w14:checked w14:val="0"/>
              <w14:checkedState w14:val="2612" w14:font="MS Gothic"/>
              <w14:uncheckedState w14:val="2610" w14:font="MS Gothic"/>
            </w14:checkbox>
          </w:sdtPr>
          <w:sdtEndPr/>
          <w:sdtContent>
            <w:tc>
              <w:tcPr>
                <w:tcW w:w="2552" w:type="dxa"/>
              </w:tcPr>
              <w:p w14:paraId="65FD05F6" w14:textId="77777777" w:rsidR="001C3C2B" w:rsidRPr="001677C0" w:rsidRDefault="001C3C2B">
                <w:pPr>
                  <w:rPr>
                    <w:rFonts w:ascii="Arial" w:hAnsi="Arial" w:cs="Arial"/>
                  </w:rPr>
                </w:pPr>
                <w:r>
                  <w:rPr>
                    <w:rFonts w:ascii="MS Gothic" w:eastAsia="MS Gothic" w:hAnsi="MS Gothic" w:cs="Arial" w:hint="eastAsia"/>
                  </w:rPr>
                  <w:t>☐</w:t>
                </w:r>
              </w:p>
            </w:tc>
          </w:sdtContent>
        </w:sdt>
      </w:tr>
      <w:tr w:rsidR="001C3C2B" w:rsidRPr="001677C0" w14:paraId="144F5824" w14:textId="77777777" w:rsidTr="00D432EF">
        <w:tc>
          <w:tcPr>
            <w:tcW w:w="7933" w:type="dxa"/>
            <w:shd w:val="clear" w:color="auto" w:fill="E2F2E5"/>
          </w:tcPr>
          <w:p w14:paraId="0056AFDC" w14:textId="6C9F280F" w:rsidR="001C3C2B" w:rsidRPr="00DA4D1E" w:rsidRDefault="001C3C2B" w:rsidP="001C3C2B">
            <w:pPr>
              <w:rPr>
                <w:rFonts w:ascii="Arial" w:hAnsi="Arial" w:cs="Arial"/>
                <w:b/>
                <w:bCs/>
              </w:rPr>
            </w:pPr>
            <w:r w:rsidRPr="00DA4D1E">
              <w:rPr>
                <w:rFonts w:ascii="Arial" w:hAnsi="Arial" w:cs="Arial"/>
                <w:b/>
                <w:bCs/>
              </w:rPr>
              <w:t>Confirmation of partnership funding</w:t>
            </w:r>
          </w:p>
        </w:tc>
        <w:sdt>
          <w:sdtPr>
            <w:rPr>
              <w:rFonts w:ascii="Arial" w:hAnsi="Arial" w:cs="Arial"/>
            </w:rPr>
            <w:id w:val="1407347001"/>
            <w14:checkbox>
              <w14:checked w14:val="0"/>
              <w14:checkedState w14:val="2612" w14:font="MS Gothic"/>
              <w14:uncheckedState w14:val="2610" w14:font="MS Gothic"/>
            </w14:checkbox>
          </w:sdtPr>
          <w:sdtEndPr/>
          <w:sdtContent>
            <w:tc>
              <w:tcPr>
                <w:tcW w:w="2552" w:type="dxa"/>
              </w:tcPr>
              <w:p w14:paraId="18A530D7" w14:textId="45A9714A" w:rsidR="001C3C2B" w:rsidRDefault="001C3C2B" w:rsidP="001C3C2B">
                <w:pPr>
                  <w:rPr>
                    <w:rFonts w:ascii="Arial" w:hAnsi="Arial" w:cs="Arial"/>
                  </w:rPr>
                </w:pPr>
                <w:r>
                  <w:rPr>
                    <w:rFonts w:ascii="MS Gothic" w:eastAsia="MS Gothic" w:hAnsi="MS Gothic" w:cs="Arial" w:hint="eastAsia"/>
                  </w:rPr>
                  <w:t>☐</w:t>
                </w:r>
              </w:p>
            </w:tc>
          </w:sdtContent>
        </w:sdt>
      </w:tr>
      <w:tr w:rsidR="001C3C2B" w:rsidRPr="001677C0" w14:paraId="56860FBA" w14:textId="77777777" w:rsidTr="00D432EF">
        <w:tc>
          <w:tcPr>
            <w:tcW w:w="7933" w:type="dxa"/>
            <w:shd w:val="clear" w:color="auto" w:fill="E2F2E5"/>
          </w:tcPr>
          <w:p w14:paraId="349CD4BD" w14:textId="5F2B4EF3" w:rsidR="001C3C2B" w:rsidRPr="00DA4D1E" w:rsidRDefault="001C3C2B" w:rsidP="001C3C2B">
            <w:pPr>
              <w:rPr>
                <w:rFonts w:ascii="Arial" w:hAnsi="Arial" w:cs="Arial"/>
                <w:b/>
                <w:bCs/>
              </w:rPr>
            </w:pPr>
            <w:r w:rsidRPr="00DA4D1E">
              <w:rPr>
                <w:rFonts w:ascii="Arial" w:hAnsi="Arial" w:cs="Arial"/>
                <w:b/>
                <w:bCs/>
              </w:rPr>
              <w:t xml:space="preserve">A risk assessment </w:t>
            </w:r>
          </w:p>
        </w:tc>
        <w:sdt>
          <w:sdtPr>
            <w:rPr>
              <w:rFonts w:ascii="Arial" w:hAnsi="Arial" w:cs="Arial"/>
            </w:rPr>
            <w:id w:val="56521810"/>
            <w14:checkbox>
              <w14:checked w14:val="0"/>
              <w14:checkedState w14:val="2612" w14:font="MS Gothic"/>
              <w14:uncheckedState w14:val="2610" w14:font="MS Gothic"/>
            </w14:checkbox>
          </w:sdtPr>
          <w:sdtEndPr/>
          <w:sdtContent>
            <w:tc>
              <w:tcPr>
                <w:tcW w:w="2552" w:type="dxa"/>
              </w:tcPr>
              <w:p w14:paraId="7F9A1E37" w14:textId="4680784A" w:rsidR="001C3C2B" w:rsidRDefault="001C3C2B" w:rsidP="001C3C2B">
                <w:pPr>
                  <w:rPr>
                    <w:rFonts w:ascii="Arial" w:hAnsi="Arial" w:cs="Arial"/>
                  </w:rPr>
                </w:pPr>
                <w:r>
                  <w:rPr>
                    <w:rFonts w:ascii="MS Gothic" w:eastAsia="MS Gothic" w:hAnsi="MS Gothic" w:cs="Arial" w:hint="eastAsia"/>
                  </w:rPr>
                  <w:t>☐</w:t>
                </w:r>
              </w:p>
            </w:tc>
          </w:sdtContent>
        </w:sdt>
      </w:tr>
    </w:tbl>
    <w:p w14:paraId="6270EDCD" w14:textId="77777777" w:rsidR="007A5C3F" w:rsidRDefault="007A5C3F"/>
    <w:p w14:paraId="42471CDF" w14:textId="77777777" w:rsidR="00A13FAD" w:rsidRDefault="00A13FAD"/>
    <w:p w14:paraId="476143AF" w14:textId="77777777" w:rsidR="00A13FAD" w:rsidRDefault="00A13FAD"/>
    <w:p w14:paraId="1E08FE42" w14:textId="77777777" w:rsidR="00A13FAD" w:rsidRDefault="00A13FAD"/>
    <w:p w14:paraId="07FEF50F" w14:textId="77777777" w:rsidR="00A13FAD" w:rsidRDefault="00A13FAD"/>
    <w:p w14:paraId="71F8FB07" w14:textId="77777777" w:rsidR="00A13FAD" w:rsidRDefault="00A13FAD"/>
    <w:p w14:paraId="188FD7DC" w14:textId="77777777" w:rsidR="00A13FAD" w:rsidRDefault="00A13FAD"/>
    <w:p w14:paraId="2774F512" w14:textId="77777777" w:rsidR="00A13FAD" w:rsidRDefault="00A13FAD"/>
    <w:p w14:paraId="5B4A6A69" w14:textId="77777777" w:rsidR="00A13FAD" w:rsidRDefault="00A13FAD"/>
    <w:p w14:paraId="6A4A4336" w14:textId="77777777" w:rsidR="00A13FAD" w:rsidRDefault="00A13FAD"/>
    <w:p w14:paraId="55C09A15" w14:textId="77777777" w:rsidR="00A13FAD" w:rsidRDefault="00A13FAD"/>
    <w:p w14:paraId="79512B6F" w14:textId="77777777" w:rsidR="007A5C3F" w:rsidRPr="007A5C3F" w:rsidRDefault="007A5C3F" w:rsidP="007A5C3F">
      <w:pPr>
        <w:rPr>
          <w:rFonts w:ascii="Arial" w:hAnsi="Arial" w:cs="Arial"/>
          <w:b/>
          <w:bCs/>
          <w:lang w:val="en-GB"/>
        </w:rPr>
      </w:pPr>
      <w:r w:rsidRPr="008D3BEF">
        <w:rPr>
          <w:rFonts w:ascii="Arial" w:hAnsi="Arial" w:cs="Arial"/>
          <w:b/>
          <w:bCs/>
          <w:color w:val="486F27"/>
          <w:sz w:val="32"/>
          <w:szCs w:val="32"/>
          <w:lang w:val="en-GB"/>
        </w:rPr>
        <w:lastRenderedPageBreak/>
        <w:t xml:space="preserve">Statement of Acceptance </w:t>
      </w:r>
    </w:p>
    <w:p w14:paraId="1DF4A396" w14:textId="77777777" w:rsidR="007A5C3F" w:rsidRPr="007A5C3F" w:rsidRDefault="007A5C3F" w:rsidP="007A5C3F">
      <w:pPr>
        <w:rPr>
          <w:rFonts w:ascii="Arial" w:hAnsi="Arial" w:cs="Arial"/>
          <w:b/>
          <w:bCs/>
          <w:lang w:val="en-GB"/>
        </w:rPr>
      </w:pPr>
      <w:r w:rsidRPr="007A5C3F">
        <w:rPr>
          <w:rFonts w:ascii="Arial" w:hAnsi="Arial" w:cs="Arial"/>
          <w:b/>
          <w:bCs/>
          <w:lang w:val="en-GB"/>
        </w:rPr>
        <w:t xml:space="preserve">PLEASE STATE THE NAME OF THE PERSON WHO HAS COMPLETED THE FORM. THIS PERSON MUST BE AN AUTHORISED SIGNATORY OF THE ORGANISATION APPLYING, OR BE THE PERSON NAMED IN SECTION A OF THE CONTACT DETAILS. </w:t>
      </w:r>
    </w:p>
    <w:p w14:paraId="77D6F1FE" w14:textId="77777777" w:rsidR="00365C46" w:rsidRDefault="007A5C3F" w:rsidP="007A5C3F">
      <w:pPr>
        <w:rPr>
          <w:rFonts w:ascii="Arial" w:hAnsi="Arial" w:cs="Arial"/>
          <w:lang w:val="en-GB"/>
        </w:rPr>
      </w:pPr>
      <w:r w:rsidRPr="007A5C3F">
        <w:rPr>
          <w:rFonts w:ascii="Arial" w:hAnsi="Arial" w:cs="Arial"/>
          <w:lang w:val="en-GB"/>
        </w:rPr>
        <w:t xml:space="preserve">I hereby confirm that the information in this application submission including the supporting documents is true and correct and I acknowledge that it is my responsibility to inform you immediately of any changes which could affect the interpretation or context of the application, and I confirm I will undertake to do this. </w:t>
      </w:r>
    </w:p>
    <w:p w14:paraId="634C6F5D" w14:textId="77777777" w:rsidR="00365C46" w:rsidRDefault="007A5C3F" w:rsidP="007A5C3F">
      <w:pPr>
        <w:rPr>
          <w:rFonts w:ascii="Arial" w:hAnsi="Arial" w:cs="Arial"/>
          <w:lang w:val="en-GB"/>
        </w:rPr>
      </w:pPr>
      <w:r w:rsidRPr="007A5C3F">
        <w:rPr>
          <w:rFonts w:ascii="Arial" w:hAnsi="Arial" w:cs="Arial"/>
          <w:lang w:val="en-GB"/>
        </w:rPr>
        <w:t xml:space="preserve">I acknowledge that the terms and conditions of this application and any other information supplied and discussed regarding this application, the assessment and decision making process, or in connection with this transaction as a whole (“the Confidential Information”) is and shall remain strictly confidential. </w:t>
      </w:r>
    </w:p>
    <w:p w14:paraId="68300E0B" w14:textId="77777777" w:rsidR="00365C46" w:rsidRDefault="007A5C3F" w:rsidP="007A5C3F">
      <w:pPr>
        <w:rPr>
          <w:rFonts w:ascii="Arial" w:hAnsi="Arial" w:cs="Arial"/>
          <w:lang w:val="en-GB"/>
        </w:rPr>
      </w:pPr>
      <w:r w:rsidRPr="007A5C3F">
        <w:rPr>
          <w:rFonts w:ascii="Arial" w:hAnsi="Arial" w:cs="Arial"/>
          <w:lang w:val="en-GB"/>
        </w:rPr>
        <w:t xml:space="preserve">I confirm that I shall not disclose to any third party or make public the Confidential Information without Creative Scotland’s prior written approval. I acknowledge that Creative Scotland will endeavour to keep all information provided securely, but as a Public Authority in terms of the Freedom of Information (Scotland) Act 2002, may be required to disclose certain information under the Act. </w:t>
      </w:r>
    </w:p>
    <w:p w14:paraId="29448161" w14:textId="42BD0330" w:rsidR="00365C46" w:rsidRDefault="007A5C3F" w:rsidP="007A5C3F">
      <w:pPr>
        <w:rPr>
          <w:rFonts w:ascii="Arial" w:hAnsi="Arial" w:cs="Arial"/>
          <w:lang w:val="en-GB"/>
        </w:rPr>
      </w:pPr>
      <w:r w:rsidRPr="007A5C3F">
        <w:rPr>
          <w:rFonts w:ascii="Arial" w:hAnsi="Arial" w:cs="Arial"/>
          <w:lang w:val="en-GB"/>
        </w:rPr>
        <w:t xml:space="preserve">Where I stipulate at the time of providing information to Creative Scotland that I believe the information should be considered exempt from disclosure under that Act, and a request to Creative Scotland is subsequently made for disclosure of same or all of that information, Creative Scotland will endeavour to discuss such disclosure with me prior to making its decision. I do, however, accept and acknowledge that the ultimate decision on disclosure rests solely with Creative Scotland regardless of any prior statements or requests I have issued. </w:t>
      </w:r>
    </w:p>
    <w:p w14:paraId="3A5F979B" w14:textId="77777777" w:rsidR="00365C46" w:rsidRDefault="007A5C3F" w:rsidP="007A5C3F">
      <w:pPr>
        <w:rPr>
          <w:rFonts w:ascii="Arial" w:hAnsi="Arial" w:cs="Arial"/>
          <w:lang w:val="en-GB"/>
        </w:rPr>
      </w:pPr>
      <w:r w:rsidRPr="007A5C3F">
        <w:rPr>
          <w:rFonts w:ascii="Arial" w:hAnsi="Arial" w:cs="Arial"/>
          <w:lang w:val="en-GB"/>
        </w:rPr>
        <w:t xml:space="preserve">I confirm that all cash and in-kind contributions from the company or my own personal resources stated in the funding plan section of this application form are correct and that I have the authorisation to allocate the sums stated and I am responsible for ensuring that adequate resources will remain available to meet these requirements. In the event of any changes to the sums indicated I will provide a signed letter of confirmation. I acknowledge that Creative Scotland is obliged to comply with Money Laundering Regulations 2007 and the Proceeds of Crime Act 2002 and I will, if requested, provide ID verification from any investor or myself, where appropriate, to meet compliance requirements. </w:t>
      </w:r>
    </w:p>
    <w:p w14:paraId="4CDF2E35" w14:textId="442429AC" w:rsidR="007A5C3F" w:rsidRPr="007A5C3F" w:rsidRDefault="007A5C3F" w:rsidP="007A5C3F">
      <w:pPr>
        <w:rPr>
          <w:rFonts w:ascii="Arial" w:hAnsi="Arial" w:cs="Arial"/>
          <w:lang w:val="en-GB"/>
        </w:rPr>
      </w:pPr>
      <w:r w:rsidRPr="007A5C3F">
        <w:rPr>
          <w:rFonts w:ascii="Arial" w:hAnsi="Arial" w:cs="Arial"/>
          <w:lang w:val="en-GB"/>
        </w:rPr>
        <w:t>I acknowledge that once Creative Scotland have confirmed the Offer of Funding in writing (via email) that Creative Scotland have the right to publicise their Offer of Funding on the Creative Scotland website and through other Creative Scotland information channels. I understand that Creative Scotland’s Offer of Funding does not place Creative Scotland under any obligation to release funds until such time as all contractual negotiations are complete and Creative Scotland’s Conditions Precedent have been met and their Funding Agreements signed off.</w:t>
      </w:r>
    </w:p>
    <w:p w14:paraId="2421E0E2" w14:textId="77777777" w:rsidR="00365C46" w:rsidRDefault="007A5C3F" w:rsidP="007A5C3F">
      <w:pPr>
        <w:rPr>
          <w:rFonts w:ascii="Arial" w:hAnsi="Arial" w:cs="Arial"/>
          <w:lang w:val="en-GB"/>
        </w:rPr>
      </w:pPr>
      <w:r w:rsidRPr="007A5C3F">
        <w:rPr>
          <w:rFonts w:ascii="Arial" w:hAnsi="Arial" w:cs="Arial"/>
          <w:lang w:val="en-GB"/>
        </w:rPr>
        <w:t xml:space="preserve">I confirm that I will not make any public statements (or allow others to do so on my behalf) regarding Creative Scotland’s Offer of Funding until such time as Creative Scotland has authorised and approved the form and content of any public statement. I confirm that I have the power to accept the award under the conditions set out in the Creative Scotland Guidelines and in this Application Form. </w:t>
      </w:r>
    </w:p>
    <w:p w14:paraId="28FC7C60" w14:textId="06591FB4" w:rsidR="007A5C3F" w:rsidRPr="007A5C3F" w:rsidRDefault="007A5C3F" w:rsidP="007A5C3F">
      <w:pPr>
        <w:rPr>
          <w:rFonts w:ascii="Arial" w:hAnsi="Arial" w:cs="Arial"/>
          <w:lang w:val="en-GB"/>
        </w:rPr>
      </w:pPr>
      <w:r w:rsidRPr="007A5C3F">
        <w:rPr>
          <w:rFonts w:ascii="Arial" w:hAnsi="Arial" w:cs="Arial"/>
          <w:lang w:val="en-GB"/>
        </w:rPr>
        <w:t>I declare that I have read and understood the Creative Scotland Guidelines, this Application Form, Funding Privacy Notice and the Conditions of Funding of Creative Scotland.</w:t>
      </w:r>
    </w:p>
    <w:p w14:paraId="339AE11C" w14:textId="5D032A1E" w:rsidR="007A5C3F" w:rsidRPr="007A5C3F" w:rsidRDefault="007A5C3F" w:rsidP="007A5C3F">
      <w:pPr>
        <w:rPr>
          <w:rFonts w:ascii="Arial" w:hAnsi="Arial" w:cs="Arial"/>
          <w:lang w:val="en-GB"/>
        </w:rPr>
      </w:pPr>
      <w:r w:rsidRPr="007A5C3F">
        <w:rPr>
          <w:rFonts w:ascii="Arial" w:hAnsi="Arial" w:cs="Arial"/>
          <w:lang w:val="en-GB"/>
        </w:rPr>
        <w:t xml:space="preserve">I hereby confirm acceptance of the above Statement of Acceptance and all related documents. </w:t>
      </w:r>
      <w:sdt>
        <w:sdtPr>
          <w:rPr>
            <w:rFonts w:ascii="Arial" w:hAnsi="Arial" w:cs="Arial"/>
            <w:lang w:val="en-GB"/>
          </w:rPr>
          <w:id w:val="728421602"/>
          <w14:checkbox>
            <w14:checked w14:val="0"/>
            <w14:checkedState w14:val="2612" w14:font="MS Gothic"/>
            <w14:uncheckedState w14:val="2610" w14:font="MS Gothic"/>
          </w14:checkbox>
        </w:sdtPr>
        <w:sdtEndPr/>
        <w:sdtContent>
          <w:r w:rsidR="00D432EF">
            <w:rPr>
              <w:rFonts w:ascii="MS Gothic" w:eastAsia="MS Gothic" w:hAnsi="MS Gothic" w:cs="Arial" w:hint="eastAsia"/>
              <w:lang w:val="en-GB"/>
            </w:rPr>
            <w:t>☐</w:t>
          </w:r>
        </w:sdtContent>
      </w:sdt>
    </w:p>
    <w:p w14:paraId="57BAAB7D" w14:textId="07C19D58" w:rsidR="007A5C3F" w:rsidRDefault="007A5C3F" w:rsidP="007A5C3F">
      <w:pPr>
        <w:rPr>
          <w:rFonts w:ascii="Arial" w:hAnsi="Arial" w:cs="Arial"/>
        </w:rPr>
      </w:pPr>
      <w:r>
        <w:rPr>
          <w:rFonts w:ascii="Arial" w:hAnsi="Arial" w:cs="Arial"/>
        </w:rPr>
        <w:lastRenderedPageBreak/>
        <w:t xml:space="preserve">Name of authorised person: </w:t>
      </w:r>
    </w:p>
    <w:p w14:paraId="2F51BCB8" w14:textId="7E79B926" w:rsidR="007A5C3F" w:rsidRDefault="007A5C3F" w:rsidP="007A5C3F">
      <w:pPr>
        <w:rPr>
          <w:rFonts w:ascii="Arial" w:hAnsi="Arial" w:cs="Arial"/>
        </w:rPr>
      </w:pPr>
      <w:r>
        <w:rPr>
          <w:rFonts w:ascii="Arial" w:hAnsi="Arial" w:cs="Arial"/>
        </w:rPr>
        <w:t xml:space="preserve">Position of authoritsed person (if applicable): </w:t>
      </w:r>
    </w:p>
    <w:p w14:paraId="6DC19E4E" w14:textId="77777777" w:rsidR="007A5C3F" w:rsidRDefault="007A5C3F" w:rsidP="007A5C3F">
      <w:pPr>
        <w:rPr>
          <w:rFonts w:ascii="Arial" w:hAnsi="Arial" w:cs="Arial"/>
        </w:rPr>
      </w:pPr>
      <w:r>
        <w:rPr>
          <w:rFonts w:ascii="Arial" w:hAnsi="Arial" w:cs="Arial"/>
        </w:rPr>
        <w:t>Date: DD/YY/MM</w:t>
      </w:r>
    </w:p>
    <w:p w14:paraId="37E310C5" w14:textId="77777777" w:rsidR="007A5C3F" w:rsidRDefault="007A5C3F" w:rsidP="007A5C3F">
      <w:pPr>
        <w:rPr>
          <w:rFonts w:ascii="Arial" w:hAnsi="Arial" w:cs="Arial"/>
        </w:rPr>
      </w:pPr>
      <w:r>
        <w:rPr>
          <w:rFonts w:ascii="Arial" w:hAnsi="Arial" w:cs="Arial"/>
        </w:rPr>
        <w:t>Signature:</w:t>
      </w:r>
    </w:p>
    <w:p w14:paraId="19B98002" w14:textId="1635FC7E" w:rsidR="00D432EF" w:rsidRDefault="00321F30" w:rsidP="007A5C3F">
      <w:pPr>
        <w:rPr>
          <w:rFonts w:ascii="Arial" w:hAnsi="Arial" w:cs="Arial"/>
          <w:lang w:val="en-GB"/>
        </w:rPr>
      </w:pPr>
      <w:r>
        <w:rPr>
          <w:rFonts w:ascii="Arial" w:hAnsi="Arial" w:cs="Arial"/>
        </w:rPr>
        <w:pict w14:anchorId="158C0E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79.4pt;height:89.4pt">
            <v:imagedata r:id="rId17" o:title=""/>
            <o:lock v:ext="edit" ungrouping="t" rotation="t" cropping="t" verticies="t" text="t" grouping="t"/>
            <o:signatureline v:ext="edit" id="{C626855F-3201-409A-A99F-8115DFA8DE61}" provid="{00000000-0000-0000-0000-000000000000}" issignatureline="t"/>
          </v:shape>
        </w:pict>
      </w:r>
    </w:p>
    <w:p w14:paraId="0B5296F6" w14:textId="591A6634" w:rsidR="007A5C3F" w:rsidRPr="00D432EF" w:rsidRDefault="007A5C3F" w:rsidP="007A5C3F">
      <w:pPr>
        <w:rPr>
          <w:rFonts w:ascii="Arial" w:hAnsi="Arial" w:cs="Arial"/>
          <w:b/>
          <w:bCs/>
          <w:lang w:val="en-GB"/>
        </w:rPr>
      </w:pPr>
      <w:r w:rsidRPr="00D432EF">
        <w:rPr>
          <w:rFonts w:ascii="Arial" w:hAnsi="Arial" w:cs="Arial"/>
          <w:b/>
          <w:bCs/>
          <w:lang w:val="en-GB"/>
        </w:rPr>
        <w:t xml:space="preserve">Please submit your completed application form to </w:t>
      </w:r>
      <w:hyperlink r:id="rId18" w:history="1">
        <w:r w:rsidR="00D432EF" w:rsidRPr="008D3BEF">
          <w:rPr>
            <w:rStyle w:val="Hyperlink"/>
            <w:rFonts w:ascii="Arial" w:hAnsi="Arial" w:cs="Arial"/>
            <w:b/>
            <w:bCs/>
            <w:color w:val="486F27"/>
            <w:lang w:val="en-GB"/>
          </w:rPr>
          <w:t>screen@creativescotland.com</w:t>
        </w:r>
      </w:hyperlink>
      <w:r w:rsidR="00D432EF" w:rsidRPr="008D3BEF">
        <w:rPr>
          <w:rFonts w:ascii="Arial" w:hAnsi="Arial" w:cs="Arial"/>
          <w:b/>
          <w:bCs/>
          <w:color w:val="486F27"/>
          <w:lang w:val="en-GB"/>
        </w:rPr>
        <w:t xml:space="preserve"> </w:t>
      </w:r>
    </w:p>
    <w:p w14:paraId="7A761BF4" w14:textId="0C3C9EF2" w:rsidR="007A5C3F" w:rsidRPr="007A5C3F" w:rsidRDefault="007A5C3F" w:rsidP="007A5C3F">
      <w:pPr>
        <w:rPr>
          <w:lang w:val="en-GB"/>
        </w:rPr>
      </w:pPr>
      <w:r w:rsidRPr="007A5C3F">
        <w:rPr>
          <w:rFonts w:ascii="Arial" w:hAnsi="Arial" w:cs="Arial"/>
          <w:lang w:val="en-GB"/>
        </w:rPr>
        <w:t xml:space="preserve">Please now complete your </w:t>
      </w:r>
      <w:hyperlink r:id="rId19" w:history="1">
        <w:r w:rsidRPr="00365C46">
          <w:rPr>
            <w:rStyle w:val="Hyperlink"/>
            <w:rFonts w:ascii="Arial" w:hAnsi="Arial" w:cs="Arial"/>
            <w:b/>
            <w:bCs/>
            <w:color w:val="486F27"/>
            <w:lang w:val="en-GB"/>
          </w:rPr>
          <w:t>Equalities Monitoring Form</w:t>
        </w:r>
      </w:hyperlink>
      <w:r w:rsidRPr="007A5C3F">
        <w:rPr>
          <w:rFonts w:ascii="Arial" w:hAnsi="Arial" w:cs="Arial"/>
          <w:lang w:val="en-GB"/>
        </w:rPr>
        <w:t xml:space="preserve"> and email it along with your application form. Please note, the Equalities Monitoring Form is anonymous and will be processed separately from your application.</w:t>
      </w:r>
    </w:p>
    <w:p w14:paraId="734F3347" w14:textId="77777777" w:rsidR="007A5C3F" w:rsidRDefault="007A5C3F"/>
    <w:sectPr w:rsidR="007A5C3F" w:rsidSect="00D432EF">
      <w:footerReference w:type="default" r:id="rId20"/>
      <w:pgSz w:w="12240" w:h="15840" w:code="1"/>
      <w:pgMar w:top="720" w:right="720" w:bottom="720" w:left="720" w:header="72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DCAB0" w14:textId="77777777" w:rsidR="00321F30" w:rsidRDefault="00321F30" w:rsidP="00D432EF">
      <w:pPr>
        <w:spacing w:after="0" w:line="240" w:lineRule="auto"/>
      </w:pPr>
      <w:r>
        <w:separator/>
      </w:r>
    </w:p>
  </w:endnote>
  <w:endnote w:type="continuationSeparator" w:id="0">
    <w:p w14:paraId="6E4AB9F2" w14:textId="77777777" w:rsidR="00321F30" w:rsidRDefault="00321F30" w:rsidP="00D43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8992818"/>
      <w:docPartObj>
        <w:docPartGallery w:val="Page Numbers (Bottom of Page)"/>
        <w:docPartUnique/>
      </w:docPartObj>
    </w:sdtPr>
    <w:sdtEndPr>
      <w:rPr>
        <w:noProof/>
      </w:rPr>
    </w:sdtEndPr>
    <w:sdtContent>
      <w:p w14:paraId="733D177C" w14:textId="40C745A5" w:rsidR="00D432EF" w:rsidRDefault="00D432EF">
        <w:pPr>
          <w:pStyle w:val="Footer"/>
          <w:jc w:val="right"/>
        </w:pPr>
        <w:r w:rsidRPr="00D432EF">
          <w:rPr>
            <w:rFonts w:ascii="Arial" w:hAnsi="Arial" w:cs="Arial"/>
            <w:sz w:val="20"/>
            <w:szCs w:val="20"/>
          </w:rPr>
          <w:t xml:space="preserve">  Screen Education Fund Application Form 2026/27 | </w:t>
        </w:r>
        <w:r w:rsidRPr="00D432EF">
          <w:rPr>
            <w:rFonts w:ascii="Arial" w:hAnsi="Arial" w:cs="Arial"/>
            <w:sz w:val="20"/>
            <w:szCs w:val="20"/>
          </w:rPr>
          <w:fldChar w:fldCharType="begin"/>
        </w:r>
        <w:r w:rsidRPr="00D432EF">
          <w:rPr>
            <w:rFonts w:ascii="Arial" w:hAnsi="Arial" w:cs="Arial"/>
            <w:sz w:val="20"/>
            <w:szCs w:val="20"/>
          </w:rPr>
          <w:instrText xml:space="preserve"> PAGE   \* MERGEFORMAT </w:instrText>
        </w:r>
        <w:r w:rsidRPr="00D432EF">
          <w:rPr>
            <w:rFonts w:ascii="Arial" w:hAnsi="Arial" w:cs="Arial"/>
            <w:sz w:val="20"/>
            <w:szCs w:val="20"/>
          </w:rPr>
          <w:fldChar w:fldCharType="separate"/>
        </w:r>
        <w:r w:rsidRPr="00D432EF">
          <w:rPr>
            <w:rFonts w:ascii="Arial" w:hAnsi="Arial" w:cs="Arial"/>
            <w:noProof/>
            <w:sz w:val="20"/>
            <w:szCs w:val="20"/>
          </w:rPr>
          <w:t>2</w:t>
        </w:r>
        <w:r w:rsidRPr="00D432EF">
          <w:rPr>
            <w:rFonts w:ascii="Arial" w:hAnsi="Arial" w:cs="Arial"/>
            <w:noProof/>
            <w:sz w:val="20"/>
            <w:szCs w:val="20"/>
          </w:rPr>
          <w:fldChar w:fldCharType="end"/>
        </w:r>
      </w:p>
    </w:sdtContent>
  </w:sdt>
  <w:p w14:paraId="0F5BA69A" w14:textId="77777777" w:rsidR="00D432EF" w:rsidRDefault="00D432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1943D" w14:textId="77777777" w:rsidR="00321F30" w:rsidRDefault="00321F30" w:rsidP="00D432EF">
      <w:pPr>
        <w:spacing w:after="0" w:line="240" w:lineRule="auto"/>
      </w:pPr>
      <w:r>
        <w:separator/>
      </w:r>
    </w:p>
  </w:footnote>
  <w:footnote w:type="continuationSeparator" w:id="0">
    <w:p w14:paraId="0880C6F7" w14:textId="77777777" w:rsidR="00321F30" w:rsidRDefault="00321F30" w:rsidP="00D432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E68684D"/>
    <w:multiLevelType w:val="multilevel"/>
    <w:tmpl w:val="294A6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BF0747"/>
    <w:multiLevelType w:val="hybridMultilevel"/>
    <w:tmpl w:val="A6080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648009">
    <w:abstractNumId w:val="8"/>
  </w:num>
  <w:num w:numId="2" w16cid:durableId="133528600">
    <w:abstractNumId w:val="6"/>
  </w:num>
  <w:num w:numId="3" w16cid:durableId="878278857">
    <w:abstractNumId w:val="5"/>
  </w:num>
  <w:num w:numId="4" w16cid:durableId="188304811">
    <w:abstractNumId w:val="4"/>
  </w:num>
  <w:num w:numId="5" w16cid:durableId="1814977620">
    <w:abstractNumId w:val="7"/>
  </w:num>
  <w:num w:numId="6" w16cid:durableId="871384523">
    <w:abstractNumId w:val="3"/>
  </w:num>
  <w:num w:numId="7" w16cid:durableId="354893719">
    <w:abstractNumId w:val="2"/>
  </w:num>
  <w:num w:numId="8" w16cid:durableId="1311909461">
    <w:abstractNumId w:val="1"/>
  </w:num>
  <w:num w:numId="9" w16cid:durableId="874467413">
    <w:abstractNumId w:val="0"/>
  </w:num>
  <w:num w:numId="10" w16cid:durableId="391193227">
    <w:abstractNumId w:val="9"/>
  </w:num>
  <w:num w:numId="11" w16cid:durableId="13405402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1899"/>
    <w:rsid w:val="00015203"/>
    <w:rsid w:val="0002427F"/>
    <w:rsid w:val="00027F5D"/>
    <w:rsid w:val="00034616"/>
    <w:rsid w:val="0006063C"/>
    <w:rsid w:val="00112EF5"/>
    <w:rsid w:val="0015074B"/>
    <w:rsid w:val="001677C0"/>
    <w:rsid w:val="001A62B2"/>
    <w:rsid w:val="001B533C"/>
    <w:rsid w:val="001C3C2B"/>
    <w:rsid w:val="00216669"/>
    <w:rsid w:val="0022504A"/>
    <w:rsid w:val="00260BE3"/>
    <w:rsid w:val="0029639D"/>
    <w:rsid w:val="002A660C"/>
    <w:rsid w:val="002E1A44"/>
    <w:rsid w:val="002E436B"/>
    <w:rsid w:val="00321F30"/>
    <w:rsid w:val="00323A03"/>
    <w:rsid w:val="00326F90"/>
    <w:rsid w:val="00344470"/>
    <w:rsid w:val="00356DF8"/>
    <w:rsid w:val="00365C46"/>
    <w:rsid w:val="003F4956"/>
    <w:rsid w:val="00441D7B"/>
    <w:rsid w:val="00495455"/>
    <w:rsid w:val="004A3589"/>
    <w:rsid w:val="004C1AB4"/>
    <w:rsid w:val="004F6C74"/>
    <w:rsid w:val="005351B9"/>
    <w:rsid w:val="0055492A"/>
    <w:rsid w:val="00567DE9"/>
    <w:rsid w:val="005C0FCF"/>
    <w:rsid w:val="005D616D"/>
    <w:rsid w:val="005D7BE7"/>
    <w:rsid w:val="005F0A8C"/>
    <w:rsid w:val="006013A7"/>
    <w:rsid w:val="006778EA"/>
    <w:rsid w:val="00677EA7"/>
    <w:rsid w:val="006C2D4C"/>
    <w:rsid w:val="006C4AD7"/>
    <w:rsid w:val="006E6645"/>
    <w:rsid w:val="0071155B"/>
    <w:rsid w:val="00713A84"/>
    <w:rsid w:val="00782EAB"/>
    <w:rsid w:val="0079534F"/>
    <w:rsid w:val="007A1FFC"/>
    <w:rsid w:val="007A3F46"/>
    <w:rsid w:val="007A5C3F"/>
    <w:rsid w:val="00823258"/>
    <w:rsid w:val="008232D0"/>
    <w:rsid w:val="008256CA"/>
    <w:rsid w:val="0083752C"/>
    <w:rsid w:val="008420D2"/>
    <w:rsid w:val="008663CB"/>
    <w:rsid w:val="008D0CA9"/>
    <w:rsid w:val="008D3BEF"/>
    <w:rsid w:val="009148DA"/>
    <w:rsid w:val="00937214"/>
    <w:rsid w:val="00944967"/>
    <w:rsid w:val="00A13FAD"/>
    <w:rsid w:val="00AA1D8D"/>
    <w:rsid w:val="00AC1BEB"/>
    <w:rsid w:val="00AC5E26"/>
    <w:rsid w:val="00B05CF2"/>
    <w:rsid w:val="00B17A5D"/>
    <w:rsid w:val="00B47730"/>
    <w:rsid w:val="00B70579"/>
    <w:rsid w:val="00B86761"/>
    <w:rsid w:val="00BC5E3E"/>
    <w:rsid w:val="00BE3D09"/>
    <w:rsid w:val="00C204D1"/>
    <w:rsid w:val="00C30E5D"/>
    <w:rsid w:val="00C479BF"/>
    <w:rsid w:val="00C6457C"/>
    <w:rsid w:val="00C91A3D"/>
    <w:rsid w:val="00C9779D"/>
    <w:rsid w:val="00CB0664"/>
    <w:rsid w:val="00CB57CD"/>
    <w:rsid w:val="00D17453"/>
    <w:rsid w:val="00D34FD2"/>
    <w:rsid w:val="00D432EF"/>
    <w:rsid w:val="00D97CE7"/>
    <w:rsid w:val="00DA4D1E"/>
    <w:rsid w:val="00E04561"/>
    <w:rsid w:val="00E128D5"/>
    <w:rsid w:val="00E23D70"/>
    <w:rsid w:val="00E82707"/>
    <w:rsid w:val="00EA6C41"/>
    <w:rsid w:val="00EC471D"/>
    <w:rsid w:val="00ED4239"/>
    <w:rsid w:val="00FC693F"/>
    <w:rsid w:val="00FF6117"/>
    <w:rsid w:val="0A7F27FC"/>
    <w:rsid w:val="0C19A34C"/>
    <w:rsid w:val="0C735340"/>
    <w:rsid w:val="10A19621"/>
    <w:rsid w:val="11E5D1E5"/>
    <w:rsid w:val="125D897C"/>
    <w:rsid w:val="12E54F12"/>
    <w:rsid w:val="134B0334"/>
    <w:rsid w:val="1457E248"/>
    <w:rsid w:val="24713CF4"/>
    <w:rsid w:val="28635DA5"/>
    <w:rsid w:val="2C133A31"/>
    <w:rsid w:val="51DD6DE0"/>
    <w:rsid w:val="524D261B"/>
    <w:rsid w:val="54E3EE17"/>
    <w:rsid w:val="5B74091E"/>
    <w:rsid w:val="60303313"/>
    <w:rsid w:val="6258E364"/>
    <w:rsid w:val="63AF5D37"/>
    <w:rsid w:val="6B057190"/>
    <w:rsid w:val="6BBFDC50"/>
    <w:rsid w:val="71D03540"/>
    <w:rsid w:val="76BAD7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273D26"/>
  <w14:defaultImageDpi w14:val="300"/>
  <w15:docId w15:val="{902227BD-0740-47AC-B084-18493D5C6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5D7BE7"/>
    <w:pPr>
      <w:spacing w:after="0" w:line="240" w:lineRule="auto"/>
    </w:pPr>
  </w:style>
  <w:style w:type="character" w:styleId="CommentReference">
    <w:name w:val="annotation reference"/>
    <w:basedOn w:val="DefaultParagraphFont"/>
    <w:uiPriority w:val="99"/>
    <w:semiHidden/>
    <w:unhideWhenUsed/>
    <w:rsid w:val="00441D7B"/>
    <w:rPr>
      <w:sz w:val="16"/>
      <w:szCs w:val="16"/>
    </w:rPr>
  </w:style>
  <w:style w:type="paragraph" w:styleId="CommentText">
    <w:name w:val="annotation text"/>
    <w:basedOn w:val="Normal"/>
    <w:link w:val="CommentTextChar"/>
    <w:uiPriority w:val="99"/>
    <w:unhideWhenUsed/>
    <w:rsid w:val="00441D7B"/>
    <w:pPr>
      <w:spacing w:line="240" w:lineRule="auto"/>
    </w:pPr>
    <w:rPr>
      <w:sz w:val="20"/>
      <w:szCs w:val="20"/>
    </w:rPr>
  </w:style>
  <w:style w:type="character" w:customStyle="1" w:styleId="CommentTextChar">
    <w:name w:val="Comment Text Char"/>
    <w:basedOn w:val="DefaultParagraphFont"/>
    <w:link w:val="CommentText"/>
    <w:uiPriority w:val="99"/>
    <w:rsid w:val="00441D7B"/>
    <w:rPr>
      <w:sz w:val="20"/>
      <w:szCs w:val="20"/>
    </w:rPr>
  </w:style>
  <w:style w:type="paragraph" w:styleId="CommentSubject">
    <w:name w:val="annotation subject"/>
    <w:basedOn w:val="CommentText"/>
    <w:next w:val="CommentText"/>
    <w:link w:val="CommentSubjectChar"/>
    <w:uiPriority w:val="99"/>
    <w:semiHidden/>
    <w:unhideWhenUsed/>
    <w:rsid w:val="00441D7B"/>
    <w:rPr>
      <w:b/>
      <w:bCs/>
    </w:rPr>
  </w:style>
  <w:style w:type="character" w:customStyle="1" w:styleId="CommentSubjectChar">
    <w:name w:val="Comment Subject Char"/>
    <w:basedOn w:val="CommentTextChar"/>
    <w:link w:val="CommentSubject"/>
    <w:uiPriority w:val="99"/>
    <w:semiHidden/>
    <w:rsid w:val="00441D7B"/>
    <w:rPr>
      <w:b/>
      <w:bCs/>
      <w:sz w:val="20"/>
      <w:szCs w:val="20"/>
    </w:rPr>
  </w:style>
  <w:style w:type="character" w:styleId="Hyperlink">
    <w:name w:val="Hyperlink"/>
    <w:basedOn w:val="DefaultParagraphFont"/>
    <w:uiPriority w:val="99"/>
    <w:unhideWhenUsed/>
    <w:rsid w:val="00C30E5D"/>
    <w:rPr>
      <w:color w:val="0000FF" w:themeColor="hyperlink"/>
      <w:u w:val="single"/>
    </w:rPr>
  </w:style>
  <w:style w:type="character" w:styleId="UnresolvedMention">
    <w:name w:val="Unresolved Mention"/>
    <w:basedOn w:val="DefaultParagraphFont"/>
    <w:uiPriority w:val="99"/>
    <w:semiHidden/>
    <w:unhideWhenUsed/>
    <w:rsid w:val="00C30E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reativescotland.com/funding/help-with-your-application/access-support" TargetMode="External"/><Relationship Id="rId18" Type="http://schemas.openxmlformats.org/officeDocument/2006/relationships/hyperlink" Target="mailto:screen@creativescotland.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enquiries@creativescotland.com" TargetMode="Externa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mailto:enquiries@creativescotland.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contactscotland-bsl.org/" TargetMode="External"/><Relationship Id="rId10" Type="http://schemas.openxmlformats.org/officeDocument/2006/relationships/endnotes" Target="endnotes.xml"/><Relationship Id="rId19" Type="http://schemas.openxmlformats.org/officeDocument/2006/relationships/hyperlink" Target="https://www.screen.scot/funding-and-support/funding/screen-education-fun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ccesssupportrequests@creativescotland.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f07e8e4d-f013-42ca-9eed-37a101d0488d" xsi:nil="true"/>
    <_Flow_SignoffStatus xmlns="0d7ce166-acc6-4f01-b8ec-4eed270bebe0" xsi:nil="true"/>
    <_ModernAudienceTargetUserField xmlns="0d7ce166-acc6-4f01-b8ec-4eed270bebe0">
      <UserInfo>
        <DisplayName/>
        <AccountId xsi:nil="true"/>
        <AccountType/>
      </UserInfo>
    </_ModernAudienceTargetUserField>
    <Poilcy xmlns="0d7ce166-acc6-4f01-b8ec-4eed270bebe0">Intranet 1</Poilcy>
    <Intranet xmlns="0d7ce166-acc6-4f01-b8ec-4eed270bebe0" xsi:nil="true"/>
    <lcf76f155ced4ddcb4097134ff3c332f xmlns="0d7ce166-acc6-4f01-b8ec-4eed270bebe0">
      <Terms xmlns="http://schemas.microsoft.com/office/infopath/2007/PartnerControls"/>
    </lcf76f155ced4ddcb4097134ff3c332f>
    <LeadOfficer xmlns="0d7ce166-acc6-4f01-b8ec-4eed270bebe0">
      <UserInfo>
        <DisplayName/>
        <AccountId xsi:nil="true"/>
        <AccountType/>
      </UserInfo>
    </LeadOfficer>
    <status xmlns="0d7ce166-acc6-4f01-b8ec-4eed270bebe0">true</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14A5177C66A44194F0CE4855626A87" ma:contentTypeVersion="27" ma:contentTypeDescription="Create a new document." ma:contentTypeScope="" ma:versionID="28eefb48302eb78f4d95ab008d246ba0">
  <xsd:schema xmlns:xsd="http://www.w3.org/2001/XMLSchema" xmlns:xs="http://www.w3.org/2001/XMLSchema" xmlns:p="http://schemas.microsoft.com/office/2006/metadata/properties" xmlns:ns2="f07e8e4d-f013-42ca-9eed-37a101d0488d" xmlns:ns3="0d7ce166-acc6-4f01-b8ec-4eed270bebe0" targetNamespace="http://schemas.microsoft.com/office/2006/metadata/properties" ma:root="true" ma:fieldsID="bae6f1c73259f807f77d34c0ad2e580e" ns2:_="" ns3:_="">
    <xsd:import namespace="f07e8e4d-f013-42ca-9eed-37a101d0488d"/>
    <xsd:import namespace="0d7ce166-acc6-4f01-b8ec-4eed270beb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_Flow_SignoffStatus" minOccurs="0"/>
                <xsd:element ref="ns3:status" minOccurs="0"/>
                <xsd:element ref="ns3:Poilcy" minOccurs="0"/>
                <xsd:element ref="ns3:Intranet" minOccurs="0"/>
                <xsd:element ref="ns3:MediaLengthInSeconds" minOccurs="0"/>
                <xsd:element ref="ns3:_ModernAudienceTargetUserField" minOccurs="0"/>
                <xsd:element ref="ns3:_ModernAudienceAadObjectIds" minOccurs="0"/>
                <xsd:element ref="ns3:lcf76f155ced4ddcb4097134ff3c332f" minOccurs="0"/>
                <xsd:element ref="ns2:TaxCatchAll" minOccurs="0"/>
                <xsd:element ref="ns3:MediaServiceObjectDetectorVersions" minOccurs="0"/>
                <xsd:element ref="ns3:MediaServiceSearchProperties" minOccurs="0"/>
                <xsd:element ref="ns3:LeadOffice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e8e4d-f013-42ca-9eed-37a101d048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34720ea3-277f-4934-857e-c33a9c6aacc1}" ma:internalName="TaxCatchAll" ma:showField="CatchAllData" ma:web="f07e8e4d-f013-42ca-9eed-37a101d048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7ce166-acc6-4f01-b8ec-4eed270beb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status" ma:index="21" nillable="true" ma:displayName="status" ma:default="1" ma:format="Dropdown" ma:internalName="status">
      <xsd:simpleType>
        <xsd:restriction base="dms:Boolean"/>
      </xsd:simpleType>
    </xsd:element>
    <xsd:element name="Poilcy" ma:index="22" nillable="true" ma:displayName="Poilcy" ma:default="Intranet 1" ma:format="Dropdown" ma:internalName="Poilcy">
      <xsd:simpleType>
        <xsd:union memberTypes="dms:Text">
          <xsd:simpleType>
            <xsd:restriction base="dms:Choice">
              <xsd:enumeration value="Intranet 1"/>
              <xsd:enumeration value="Intranet 2"/>
              <xsd:enumeration value="Intranet 3"/>
            </xsd:restriction>
          </xsd:simpleType>
        </xsd:union>
      </xsd:simpleType>
    </xsd:element>
    <xsd:element name="Intranet" ma:index="23" nillable="true" ma:displayName="Intranet" ma:format="Dropdown" ma:internalName="Intranet">
      <xsd:simpleType>
        <xsd:union memberTypes="dms:Text">
          <xsd:simpleType>
            <xsd:restriction base="dms:Choice">
              <xsd:enumeration value="Intranet"/>
              <xsd:enumeration value="Enter Choice #2"/>
              <xsd:enumeration value="Enter Choice #3"/>
            </xsd:restriction>
          </xsd:simpleType>
        </xsd:union>
      </xsd:simpleType>
    </xsd:element>
    <xsd:element name="MediaLengthInSeconds" ma:index="24" nillable="true" ma:displayName="Length (seconds)" ma:internalName="MediaLengthInSeconds" ma:readOnly="true">
      <xsd:simpleType>
        <xsd:restriction base="dms:Unknown"/>
      </xsd:simpleType>
    </xsd:element>
    <xsd:element name="_ModernAudienceTargetUserField" ma:index="25"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6" nillable="true" ma:displayName="AudienceIds" ma:list="{b7d9da7d-f033-4ab3-be04-615275f198e3}" ma:internalName="_ModernAudienceAadObjectIds" ma:readOnly="true" ma:showField="_AadObjectIdForUser" ma:web="f07e8e4d-f013-42ca-9eed-37a101d0488d">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5a327e9c-72b1-4bd1-acaa-cda1cf78f2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LeadOfficer" ma:index="32" nillable="true" ma:displayName="Lead Officer" ma:format="Dropdown" ma:list="UserInfo" ma:SharePointGroup="0" ma:internalName="Lead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AF794603-49EB-4501-B966-81E9F91F7B4F}">
  <ds:schemaRefs>
    <ds:schemaRef ds:uri="http://schemas.microsoft.com/office/2006/metadata/properties"/>
    <ds:schemaRef ds:uri="http://schemas.microsoft.com/office/infopath/2007/PartnerControls"/>
    <ds:schemaRef ds:uri="f07e8e4d-f013-42ca-9eed-37a101d0488d"/>
    <ds:schemaRef ds:uri="0d7ce166-acc6-4f01-b8ec-4eed270bebe0"/>
  </ds:schemaRefs>
</ds:datastoreItem>
</file>

<file path=customXml/itemProps3.xml><?xml version="1.0" encoding="utf-8"?>
<ds:datastoreItem xmlns:ds="http://schemas.openxmlformats.org/officeDocument/2006/customXml" ds:itemID="{7259C9A5-223A-4550-B79B-63D8B54473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e8e4d-f013-42ca-9eed-37a101d0488d"/>
    <ds:schemaRef ds:uri="0d7ce166-acc6-4f01-b8ec-4eed270be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EEFB52-9855-41A1-BA64-C49BED6A56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8</Pages>
  <Words>1577</Words>
  <Characters>8995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10551</CharactersWithSpaces>
  <SharedDoc>false</SharedDoc>
  <HyperlinkBase/>
  <HLinks>
    <vt:vector size="36" baseType="variant">
      <vt:variant>
        <vt:i4>4522105</vt:i4>
      </vt:variant>
      <vt:variant>
        <vt:i4>15</vt:i4>
      </vt:variant>
      <vt:variant>
        <vt:i4>0</vt:i4>
      </vt:variant>
      <vt:variant>
        <vt:i4>5</vt:i4>
      </vt:variant>
      <vt:variant>
        <vt:lpwstr>mailto:screen@creativescotland.com</vt:lpwstr>
      </vt:variant>
      <vt:variant>
        <vt:lpwstr/>
      </vt:variant>
      <vt:variant>
        <vt:i4>6160488</vt:i4>
      </vt:variant>
      <vt:variant>
        <vt:i4>12</vt:i4>
      </vt:variant>
      <vt:variant>
        <vt:i4>0</vt:i4>
      </vt:variant>
      <vt:variant>
        <vt:i4>5</vt:i4>
      </vt:variant>
      <vt:variant>
        <vt:lpwstr>mailto:enquiries@creativescotland.com</vt:lpwstr>
      </vt:variant>
      <vt:variant>
        <vt:lpwstr/>
      </vt:variant>
      <vt:variant>
        <vt:i4>2555956</vt:i4>
      </vt:variant>
      <vt:variant>
        <vt:i4>9</vt:i4>
      </vt:variant>
      <vt:variant>
        <vt:i4>0</vt:i4>
      </vt:variant>
      <vt:variant>
        <vt:i4>5</vt:i4>
      </vt:variant>
      <vt:variant>
        <vt:lpwstr>http://www.contactscotland-bsl.org/</vt:lpwstr>
      </vt:variant>
      <vt:variant>
        <vt:lpwstr/>
      </vt:variant>
      <vt:variant>
        <vt:i4>4194420</vt:i4>
      </vt:variant>
      <vt:variant>
        <vt:i4>6</vt:i4>
      </vt:variant>
      <vt:variant>
        <vt:i4>0</vt:i4>
      </vt:variant>
      <vt:variant>
        <vt:i4>5</vt:i4>
      </vt:variant>
      <vt:variant>
        <vt:lpwstr>mailto:accesssupportrequests@creativescotland.com</vt:lpwstr>
      </vt:variant>
      <vt:variant>
        <vt:lpwstr/>
      </vt:variant>
      <vt:variant>
        <vt:i4>6422647</vt:i4>
      </vt:variant>
      <vt:variant>
        <vt:i4>3</vt:i4>
      </vt:variant>
      <vt:variant>
        <vt:i4>0</vt:i4>
      </vt:variant>
      <vt:variant>
        <vt:i4>5</vt:i4>
      </vt:variant>
      <vt:variant>
        <vt:lpwstr>https://www.creativescotland.com/funding/help-with-your-application/access-support</vt:lpwstr>
      </vt:variant>
      <vt:variant>
        <vt:lpwstr/>
      </vt:variant>
      <vt:variant>
        <vt:i4>6160488</vt:i4>
      </vt:variant>
      <vt:variant>
        <vt:i4>0</vt:i4>
      </vt:variant>
      <vt:variant>
        <vt:i4>0</vt:i4>
      </vt:variant>
      <vt:variant>
        <vt:i4>5</vt:i4>
      </vt:variant>
      <vt:variant>
        <vt:lpwstr>mailto:enquiries@creativescotland.com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Shannon Twiddy</cp:lastModifiedBy>
  <cp:revision>44</cp:revision>
  <dcterms:created xsi:type="dcterms:W3CDTF">2026-05-27T17:16:00Z</dcterms:created>
  <dcterms:modified xsi:type="dcterms:W3CDTF">2026-08-05T15:49:00Z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0x010100CF14A5177C66A44194F0CE4855626A87</vt:lpwstr>
  </property>
  <property fmtid="{D5CDD505-2E9C-101B-9397-08002B2CF9AE}" pid="3" name="MediaServiceImageTags">
    <vt:lpwstr/>
  </property>
</Properties>
</file>