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E368" w14:textId="1A2D4C68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  <w:r w:rsidRPr="00167E44">
        <w:rPr>
          <w:rFonts w:ascii="Arial" w:hAnsi="Arial" w:cs="Arial"/>
          <w:b/>
          <w:noProof/>
          <w:color w:val="1F4E79"/>
          <w:sz w:val="32"/>
        </w:rPr>
        <w:drawing>
          <wp:anchor distT="0" distB="0" distL="114300" distR="114300" simplePos="0" relativeHeight="251658240" behindDoc="1" locked="1" layoutInCell="1" allowOverlap="1" wp14:anchorId="0F2B7B0B" wp14:editId="12737B80">
            <wp:simplePos x="0" y="0"/>
            <wp:positionH relativeFrom="page">
              <wp:align>right</wp:align>
            </wp:positionH>
            <wp:positionV relativeFrom="paragraph">
              <wp:posOffset>-464820</wp:posOffset>
            </wp:positionV>
            <wp:extent cx="7773035" cy="10058400"/>
            <wp:effectExtent l="0" t="0" r="0" b="0"/>
            <wp:wrapNone/>
            <wp:docPr id="12044322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4322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4693B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7E4CA05A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7D778132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789F937A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48DA9DA3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3E1F0A55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6875859F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71358B15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71AAB9BB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5FEAE5FB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123AC0F2" w14:textId="0774780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323F142E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4F0C4112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58AF90B9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2D811823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0EDA85F9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209FB15D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7A1C0AF9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7E70C69A" w14:textId="77777777" w:rsidR="00212318" w:rsidRPr="00167E44" w:rsidRDefault="00212318">
      <w:pPr>
        <w:rPr>
          <w:rFonts w:ascii="Arial" w:hAnsi="Arial" w:cs="Arial"/>
          <w:b/>
          <w:color w:val="1F4E79"/>
          <w:sz w:val="32"/>
        </w:rPr>
      </w:pPr>
    </w:p>
    <w:p w14:paraId="04EC3D52" w14:textId="77777777" w:rsidR="00167E44" w:rsidRDefault="00167E44">
      <w:pPr>
        <w:rPr>
          <w:rFonts w:ascii="Arial" w:hAnsi="Arial" w:cs="Arial"/>
          <w:b/>
          <w:color w:val="1F4E79"/>
          <w:sz w:val="32"/>
        </w:rPr>
      </w:pPr>
    </w:p>
    <w:p w14:paraId="7D1F42EF" w14:textId="77777777" w:rsidR="00172A9B" w:rsidRDefault="00172A9B">
      <w:pPr>
        <w:rPr>
          <w:rFonts w:ascii="Arial" w:hAnsi="Arial" w:cs="Arial"/>
          <w:b/>
          <w:bCs/>
          <w:sz w:val="40"/>
          <w:szCs w:val="40"/>
        </w:rPr>
      </w:pPr>
    </w:p>
    <w:p w14:paraId="7ED2D0EC" w14:textId="20F7B2EB" w:rsidR="00562E3F" w:rsidRPr="00C8780C" w:rsidRDefault="00172A9B">
      <w:pPr>
        <w:rPr>
          <w:rFonts w:ascii="Arial" w:hAnsi="Arial" w:cs="Arial"/>
          <w:b/>
          <w:color w:val="1F4E79"/>
          <w:sz w:val="32"/>
        </w:rPr>
      </w:pPr>
      <w:r>
        <w:rPr>
          <w:rFonts w:ascii="Arial" w:hAnsi="Arial" w:cs="Arial"/>
          <w:b/>
          <w:bCs/>
          <w:sz w:val="40"/>
          <w:szCs w:val="40"/>
        </w:rPr>
        <w:lastRenderedPageBreak/>
        <w:t>Interim Project Monitoring Form</w:t>
      </w:r>
      <w:r w:rsidRPr="00C30E5D">
        <w:rPr>
          <w:rFonts w:ascii="Arial" w:hAnsi="Arial" w:cs="Arial"/>
          <w:b/>
          <w:bCs/>
          <w:sz w:val="40"/>
          <w:szCs w:val="40"/>
        </w:rPr>
        <w:t xml:space="preserve"> </w:t>
      </w:r>
      <w:r w:rsidRPr="00C30E5D">
        <w:rPr>
          <w:rFonts w:ascii="Arial" w:hAnsi="Arial" w:cs="Arial"/>
          <w:b/>
          <w:bCs/>
          <w:sz w:val="40"/>
          <w:szCs w:val="40"/>
        </w:rPr>
        <w:br/>
      </w:r>
      <w:r w:rsidRPr="008D3BEF">
        <w:rPr>
          <w:rFonts w:ascii="Arial" w:hAnsi="Arial" w:cs="Arial"/>
          <w:b/>
          <w:bCs/>
          <w:color w:val="486F27"/>
          <w:sz w:val="40"/>
          <w:szCs w:val="40"/>
        </w:rPr>
        <w:t xml:space="preserve">Screen </w:t>
      </w:r>
      <w:r w:rsidRPr="00313DB8">
        <w:rPr>
          <w:rFonts w:ascii="Arial" w:hAnsi="Arial" w:cs="Arial"/>
          <w:b/>
          <w:bCs/>
          <w:color w:val="486F27"/>
          <w:sz w:val="40"/>
          <w:szCs w:val="40"/>
        </w:rPr>
        <w:t>Education Fund 2026/27</w:t>
      </w:r>
    </w:p>
    <w:p w14:paraId="270D8A28" w14:textId="77777777" w:rsidR="00313DB8" w:rsidRPr="00313DB8" w:rsidRDefault="001E5F69">
      <w:pPr>
        <w:rPr>
          <w:rFonts w:ascii="Arial" w:hAnsi="Arial" w:cs="Arial"/>
          <w:b/>
        </w:rPr>
      </w:pPr>
      <w:r w:rsidRPr="00313DB8">
        <w:rPr>
          <w:rFonts w:ascii="Arial" w:hAnsi="Arial" w:cs="Arial"/>
          <w:b/>
          <w:color w:val="486F27"/>
          <w:sz w:val="28"/>
          <w:szCs w:val="28"/>
        </w:rPr>
        <w:t xml:space="preserve">Why </w:t>
      </w:r>
      <w:r w:rsidR="00313DB8" w:rsidRPr="00313DB8">
        <w:rPr>
          <w:rFonts w:ascii="Arial" w:hAnsi="Arial" w:cs="Arial"/>
          <w:b/>
          <w:color w:val="486F27"/>
          <w:sz w:val="28"/>
          <w:szCs w:val="28"/>
        </w:rPr>
        <w:t xml:space="preserve">do I need to </w:t>
      </w:r>
      <w:r w:rsidRPr="00313DB8">
        <w:rPr>
          <w:rFonts w:ascii="Arial" w:hAnsi="Arial" w:cs="Arial"/>
          <w:b/>
          <w:color w:val="486F27"/>
          <w:sz w:val="28"/>
          <w:szCs w:val="28"/>
        </w:rPr>
        <w:t>complete this form</w:t>
      </w:r>
      <w:r w:rsidR="004E0B6C" w:rsidRPr="00313DB8">
        <w:rPr>
          <w:rFonts w:ascii="Arial" w:hAnsi="Arial" w:cs="Arial"/>
          <w:b/>
          <w:color w:val="486F27"/>
          <w:sz w:val="28"/>
          <w:szCs w:val="28"/>
        </w:rPr>
        <w:t xml:space="preserve">? </w:t>
      </w:r>
    </w:p>
    <w:p w14:paraId="0DA94457" w14:textId="7EB28FE2" w:rsidR="00562E3F" w:rsidRPr="00C81BAC" w:rsidRDefault="004E0B6C">
      <w:pPr>
        <w:rPr>
          <w:rFonts w:ascii="Arial" w:hAnsi="Arial" w:cs="Arial"/>
          <w:bCs/>
        </w:rPr>
      </w:pPr>
      <w:r w:rsidRPr="00C81BAC">
        <w:rPr>
          <w:rFonts w:ascii="Arial" w:hAnsi="Arial" w:cs="Arial"/>
          <w:bCs/>
        </w:rPr>
        <w:t>T</w:t>
      </w:r>
      <w:r w:rsidR="001E5F69" w:rsidRPr="00C81BAC">
        <w:rPr>
          <w:rFonts w:ascii="Arial" w:hAnsi="Arial" w:cs="Arial"/>
          <w:bCs/>
        </w:rPr>
        <w:t>his form provides an update on project progress and can support release of scheduled payments, where this is set out in the funding agreement.</w:t>
      </w:r>
    </w:p>
    <w:p w14:paraId="1CA4D5BA" w14:textId="77777777" w:rsidR="001B632B" w:rsidRDefault="0098411F">
      <w:pPr>
        <w:rPr>
          <w:rFonts w:ascii="Arial" w:hAnsi="Arial" w:cs="Arial"/>
        </w:rPr>
      </w:pPr>
      <w:r w:rsidRPr="00167E44">
        <w:rPr>
          <w:rFonts w:ascii="Arial" w:hAnsi="Arial" w:cs="Arial"/>
        </w:rPr>
        <w:t>Inter</w:t>
      </w:r>
      <w:r w:rsidR="00847ECD" w:rsidRPr="00167E44">
        <w:rPr>
          <w:rFonts w:ascii="Arial" w:hAnsi="Arial" w:cs="Arial"/>
        </w:rPr>
        <w:t xml:space="preserve">im </w:t>
      </w:r>
      <w:r w:rsidR="00C8780C">
        <w:rPr>
          <w:rFonts w:ascii="Arial" w:hAnsi="Arial" w:cs="Arial"/>
        </w:rPr>
        <w:t>P</w:t>
      </w:r>
      <w:r w:rsidR="00847ECD" w:rsidRPr="00167E44">
        <w:rPr>
          <w:rFonts w:ascii="Arial" w:hAnsi="Arial" w:cs="Arial"/>
        </w:rPr>
        <w:t xml:space="preserve">roject </w:t>
      </w:r>
      <w:r w:rsidR="00C8780C">
        <w:rPr>
          <w:rFonts w:ascii="Arial" w:hAnsi="Arial" w:cs="Arial"/>
        </w:rPr>
        <w:t>M</w:t>
      </w:r>
      <w:r w:rsidR="00AC2397" w:rsidRPr="00167E44">
        <w:rPr>
          <w:rFonts w:ascii="Arial" w:hAnsi="Arial" w:cs="Arial"/>
        </w:rPr>
        <w:t>onitoring</w:t>
      </w:r>
      <w:r w:rsidR="00847ECD" w:rsidRPr="00167E44">
        <w:rPr>
          <w:rFonts w:ascii="Arial" w:hAnsi="Arial" w:cs="Arial"/>
        </w:rPr>
        <w:t xml:space="preserve"> is required for first</w:t>
      </w:r>
      <w:r w:rsidR="00E725D2" w:rsidRPr="00167E44">
        <w:rPr>
          <w:rFonts w:ascii="Arial" w:hAnsi="Arial" w:cs="Arial"/>
        </w:rPr>
        <w:t>-</w:t>
      </w:r>
      <w:r w:rsidR="00847ECD" w:rsidRPr="00167E44">
        <w:rPr>
          <w:rFonts w:ascii="Arial" w:hAnsi="Arial" w:cs="Arial"/>
        </w:rPr>
        <w:t xml:space="preserve">time funded projects or projects lasting longer than 9 </w:t>
      </w:r>
      <w:r w:rsidR="00E725D2" w:rsidRPr="00167E44">
        <w:rPr>
          <w:rFonts w:ascii="Arial" w:hAnsi="Arial" w:cs="Arial"/>
        </w:rPr>
        <w:t>months.</w:t>
      </w:r>
      <w:r w:rsidR="001E5F69" w:rsidRPr="00167E44">
        <w:rPr>
          <w:rFonts w:ascii="Arial" w:hAnsi="Arial" w:cs="Arial"/>
        </w:rPr>
        <w:t xml:space="preserve"> </w:t>
      </w:r>
    </w:p>
    <w:p w14:paraId="62B1A586" w14:textId="64E1D6FB" w:rsidR="001B632B" w:rsidRPr="00167E44" w:rsidRDefault="001B632B">
      <w:pPr>
        <w:rPr>
          <w:rFonts w:ascii="Arial" w:hAnsi="Arial" w:cs="Arial"/>
        </w:rPr>
      </w:pPr>
      <w:r>
        <w:rPr>
          <w:rFonts w:ascii="Arial" w:hAnsi="Arial" w:cs="Arial"/>
        </w:rPr>
        <w:t>You must complete all relevant sections of this form and aim to k</w:t>
      </w:r>
      <w:r w:rsidR="001E5F69" w:rsidRPr="00167E44">
        <w:rPr>
          <w:rFonts w:ascii="Arial" w:hAnsi="Arial" w:cs="Arial"/>
        </w:rPr>
        <w:t>eep responses clear and concise. If you are unsure what information is required</w:t>
      </w:r>
      <w:r>
        <w:rPr>
          <w:rFonts w:ascii="Arial" w:hAnsi="Arial" w:cs="Arial"/>
        </w:rPr>
        <w:t xml:space="preserve"> or you have any questions, please </w:t>
      </w:r>
      <w:r w:rsidR="001E5F69" w:rsidRPr="00167E44">
        <w:rPr>
          <w:rFonts w:ascii="Arial" w:hAnsi="Arial" w:cs="Arial"/>
        </w:rPr>
        <w:t>contact your Lead Officer.</w:t>
      </w:r>
    </w:p>
    <w:p w14:paraId="335C9420" w14:textId="64E23FCA" w:rsidR="00C81BAC" w:rsidRPr="001B632B" w:rsidRDefault="00C8780C">
      <w:pPr>
        <w:pBdr>
          <w:bottom w:val="single" w:sz="6" w:space="1" w:color="auto"/>
        </w:pBdr>
        <w:rPr>
          <w:rFonts w:ascii="Arial" w:hAnsi="Arial" w:cs="Arial"/>
          <w:b/>
          <w:bCs/>
        </w:rPr>
      </w:pPr>
      <w:r w:rsidRPr="001B632B">
        <w:rPr>
          <w:rFonts w:ascii="Arial" w:hAnsi="Arial" w:cs="Arial"/>
          <w:b/>
          <w:bCs/>
        </w:rPr>
        <w:t>Important note, please only use this form where required by the funding agreement or requested by the Lead Officer.</w:t>
      </w:r>
      <w:r w:rsidR="001B632B">
        <w:rPr>
          <w:rFonts w:ascii="Arial" w:hAnsi="Arial" w:cs="Arial"/>
          <w:b/>
          <w:bCs/>
        </w:rPr>
        <w:br/>
      </w:r>
    </w:p>
    <w:p w14:paraId="40BBA13A" w14:textId="04906EA7" w:rsidR="00C81BAC" w:rsidRPr="00C81BAC" w:rsidRDefault="00C81BAC">
      <w:pPr>
        <w:rPr>
          <w:rFonts w:ascii="Arial" w:hAnsi="Arial" w:cs="Arial"/>
          <w:b/>
          <w:bCs/>
        </w:rPr>
      </w:pPr>
      <w:r w:rsidRPr="00C81BAC">
        <w:rPr>
          <w:rFonts w:ascii="Arial" w:hAnsi="Arial" w:cs="Arial"/>
          <w:b/>
          <w:bCs/>
          <w:color w:val="486F27"/>
          <w:sz w:val="32"/>
          <w:szCs w:val="32"/>
        </w:rPr>
        <w:t xml:space="preserve">A: Project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34"/>
      </w:tblGrid>
      <w:tr w:rsidR="00C81BAC" w14:paraId="0914A281" w14:textId="77777777" w:rsidTr="00E94C0C">
        <w:tc>
          <w:tcPr>
            <w:tcW w:w="3256" w:type="dxa"/>
            <w:shd w:val="clear" w:color="auto" w:fill="E2F2E5"/>
          </w:tcPr>
          <w:p w14:paraId="40881E60" w14:textId="415309D3" w:rsidR="00C81BAC" w:rsidRPr="00E94C0C" w:rsidRDefault="00C81BA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>Project title</w:t>
            </w:r>
          </w:p>
        </w:tc>
        <w:tc>
          <w:tcPr>
            <w:tcW w:w="7534" w:type="dxa"/>
          </w:tcPr>
          <w:p w14:paraId="41021CB8" w14:textId="77777777" w:rsidR="00C81BAC" w:rsidRDefault="00C81BAC">
            <w:pPr>
              <w:rPr>
                <w:rFonts w:ascii="Arial" w:hAnsi="Arial" w:cs="Arial"/>
              </w:rPr>
            </w:pPr>
          </w:p>
        </w:tc>
      </w:tr>
      <w:tr w:rsidR="00C81BAC" w14:paraId="5726F994" w14:textId="77777777" w:rsidTr="00E94C0C">
        <w:tc>
          <w:tcPr>
            <w:tcW w:w="3256" w:type="dxa"/>
            <w:shd w:val="clear" w:color="auto" w:fill="E2F2E5"/>
          </w:tcPr>
          <w:p w14:paraId="77AAD24D" w14:textId="31B82190" w:rsidR="00C81BAC" w:rsidRPr="00E94C0C" w:rsidRDefault="00C81BA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 xml:space="preserve">Applicant name </w:t>
            </w:r>
          </w:p>
        </w:tc>
        <w:tc>
          <w:tcPr>
            <w:tcW w:w="7534" w:type="dxa"/>
          </w:tcPr>
          <w:p w14:paraId="6F52D0F3" w14:textId="77777777" w:rsidR="00C81BAC" w:rsidRDefault="00C81BAC">
            <w:pPr>
              <w:rPr>
                <w:rFonts w:ascii="Arial" w:hAnsi="Arial" w:cs="Arial"/>
              </w:rPr>
            </w:pPr>
          </w:p>
        </w:tc>
      </w:tr>
      <w:tr w:rsidR="00C81BAC" w14:paraId="7BB3DF75" w14:textId="77777777" w:rsidTr="00E94C0C">
        <w:tc>
          <w:tcPr>
            <w:tcW w:w="3256" w:type="dxa"/>
            <w:shd w:val="clear" w:color="auto" w:fill="E2F2E5"/>
          </w:tcPr>
          <w:p w14:paraId="0D4193FC" w14:textId="26DBF916" w:rsidR="00C81BAC" w:rsidRPr="00E94C0C" w:rsidRDefault="00C81BA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>Project reference number</w:t>
            </w:r>
          </w:p>
        </w:tc>
        <w:tc>
          <w:tcPr>
            <w:tcW w:w="7534" w:type="dxa"/>
          </w:tcPr>
          <w:p w14:paraId="27D6EFA2" w14:textId="77777777" w:rsidR="00C81BAC" w:rsidRDefault="00C81BAC">
            <w:pPr>
              <w:rPr>
                <w:rFonts w:ascii="Arial" w:hAnsi="Arial" w:cs="Arial"/>
              </w:rPr>
            </w:pPr>
          </w:p>
        </w:tc>
      </w:tr>
      <w:tr w:rsidR="00C81BAC" w14:paraId="0379AF50" w14:textId="77777777" w:rsidTr="00E94C0C">
        <w:tc>
          <w:tcPr>
            <w:tcW w:w="3256" w:type="dxa"/>
            <w:shd w:val="clear" w:color="auto" w:fill="E2F2E5"/>
          </w:tcPr>
          <w:p w14:paraId="3E9081E4" w14:textId="729D9ED4" w:rsidR="00C81BAC" w:rsidRPr="00E94C0C" w:rsidRDefault="00C81BA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>Project start date</w:t>
            </w:r>
          </w:p>
        </w:tc>
        <w:tc>
          <w:tcPr>
            <w:tcW w:w="7534" w:type="dxa"/>
          </w:tcPr>
          <w:p w14:paraId="48D3E15E" w14:textId="7B4887CD" w:rsidR="00C81BAC" w:rsidRDefault="00C81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DD/MM/YY</w:t>
            </w:r>
          </w:p>
        </w:tc>
      </w:tr>
      <w:tr w:rsidR="00C81BAC" w14:paraId="4D77FAD4" w14:textId="77777777" w:rsidTr="00E94C0C">
        <w:tc>
          <w:tcPr>
            <w:tcW w:w="3256" w:type="dxa"/>
            <w:shd w:val="clear" w:color="auto" w:fill="E2F2E5"/>
          </w:tcPr>
          <w:p w14:paraId="6E475392" w14:textId="04253824" w:rsidR="00C81BAC" w:rsidRPr="00E94C0C" w:rsidRDefault="00C81BA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>Project end date</w:t>
            </w:r>
          </w:p>
        </w:tc>
        <w:tc>
          <w:tcPr>
            <w:tcW w:w="7534" w:type="dxa"/>
          </w:tcPr>
          <w:p w14:paraId="415DFB21" w14:textId="5A0F99F2" w:rsidR="00C81BAC" w:rsidRDefault="00C81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DD/MM/YY</w:t>
            </w:r>
          </w:p>
        </w:tc>
      </w:tr>
    </w:tbl>
    <w:p w14:paraId="5A58691A" w14:textId="77777777" w:rsidR="00C81BAC" w:rsidRDefault="00C81BAC">
      <w:pPr>
        <w:rPr>
          <w:rFonts w:ascii="Arial" w:hAnsi="Arial" w:cs="Arial"/>
        </w:rPr>
      </w:pPr>
    </w:p>
    <w:p w14:paraId="1D34613E" w14:textId="12331F14" w:rsidR="00C81BAC" w:rsidRDefault="00C81BAC">
      <w:pPr>
        <w:rPr>
          <w:rFonts w:ascii="Arial" w:hAnsi="Arial" w:cs="Arial"/>
          <w:b/>
          <w:bCs/>
          <w:color w:val="486F27"/>
          <w:sz w:val="32"/>
          <w:szCs w:val="32"/>
        </w:rPr>
      </w:pPr>
      <w:r>
        <w:rPr>
          <w:rFonts w:ascii="Arial" w:hAnsi="Arial" w:cs="Arial"/>
          <w:b/>
          <w:bCs/>
          <w:color w:val="486F27"/>
          <w:sz w:val="32"/>
          <w:szCs w:val="32"/>
        </w:rPr>
        <w:t>B</w:t>
      </w:r>
      <w:r w:rsidRPr="00C81BAC">
        <w:rPr>
          <w:rFonts w:ascii="Arial" w:hAnsi="Arial" w:cs="Arial"/>
          <w:b/>
          <w:bCs/>
          <w:color w:val="486F27"/>
          <w:sz w:val="32"/>
          <w:szCs w:val="32"/>
        </w:rPr>
        <w:t xml:space="preserve">: </w:t>
      </w:r>
      <w:r>
        <w:rPr>
          <w:rFonts w:ascii="Arial" w:hAnsi="Arial" w:cs="Arial"/>
          <w:b/>
          <w:bCs/>
          <w:color w:val="486F27"/>
          <w:sz w:val="32"/>
          <w:szCs w:val="32"/>
        </w:rPr>
        <w:t>Progress Update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81BAC" w14:paraId="3A82FA34" w14:textId="77777777" w:rsidTr="00E94C0C">
        <w:tc>
          <w:tcPr>
            <w:tcW w:w="10790" w:type="dxa"/>
            <w:shd w:val="clear" w:color="auto" w:fill="E2F2E5"/>
          </w:tcPr>
          <w:p w14:paraId="60A5ECDF" w14:textId="69D8A699" w:rsidR="00C81BAC" w:rsidRPr="00C81BAC" w:rsidRDefault="00C81BAC">
            <w:pPr>
              <w:rPr>
                <w:rFonts w:ascii="Arial" w:hAnsi="Arial" w:cs="Arial"/>
                <w:b/>
                <w:bCs/>
              </w:rPr>
            </w:pPr>
            <w:r w:rsidRPr="00C81BAC">
              <w:rPr>
                <w:rFonts w:ascii="Arial" w:hAnsi="Arial" w:cs="Arial"/>
                <w:b/>
                <w:bCs/>
              </w:rPr>
              <w:t>Briefly summarise the activity that has taken place so far (300 words max)</w:t>
            </w:r>
          </w:p>
          <w:p w14:paraId="51AFD92C" w14:textId="77777777" w:rsidR="00C81BAC" w:rsidRDefault="00C81BAC">
            <w:pPr>
              <w:rPr>
                <w:rFonts w:ascii="Arial" w:hAnsi="Arial" w:cs="Arial"/>
              </w:rPr>
            </w:pPr>
          </w:p>
          <w:p w14:paraId="4EE82291" w14:textId="2F349790" w:rsidR="00C81BAC" w:rsidRDefault="00C81BAC">
            <w:pPr>
              <w:rPr>
                <w:rFonts w:ascii="Arial" w:hAnsi="Arial" w:cs="Arial"/>
              </w:rPr>
            </w:pPr>
            <w:r w:rsidRPr="00C81BAC">
              <w:rPr>
                <w:rFonts w:ascii="Arial" w:hAnsi="Arial" w:cs="Arial"/>
              </w:rPr>
              <w:t>Include what has happened, where activity has taken place, and who has been involved</w:t>
            </w:r>
            <w:r>
              <w:rPr>
                <w:rFonts w:ascii="Arial" w:hAnsi="Arial" w:cs="Arial"/>
              </w:rPr>
              <w:t>.</w:t>
            </w:r>
          </w:p>
        </w:tc>
      </w:tr>
      <w:tr w:rsidR="00C81BAC" w14:paraId="2C1DCD76" w14:textId="77777777" w:rsidTr="00C81BAC">
        <w:tc>
          <w:tcPr>
            <w:tcW w:w="10790" w:type="dxa"/>
          </w:tcPr>
          <w:p w14:paraId="1C3316EF" w14:textId="77777777" w:rsidR="00C81BAC" w:rsidRDefault="00C81BAC">
            <w:pPr>
              <w:rPr>
                <w:rFonts w:ascii="Arial" w:hAnsi="Arial" w:cs="Arial"/>
              </w:rPr>
            </w:pPr>
          </w:p>
          <w:p w14:paraId="76540280" w14:textId="77777777" w:rsidR="00C81BAC" w:rsidRDefault="00C81BAC">
            <w:pPr>
              <w:rPr>
                <w:rFonts w:ascii="Arial" w:hAnsi="Arial" w:cs="Arial"/>
              </w:rPr>
            </w:pPr>
          </w:p>
          <w:p w14:paraId="28A60CEE" w14:textId="77777777" w:rsidR="00C81BAC" w:rsidRDefault="00C81BAC">
            <w:pPr>
              <w:rPr>
                <w:rFonts w:ascii="Arial" w:hAnsi="Arial" w:cs="Arial"/>
              </w:rPr>
            </w:pPr>
          </w:p>
          <w:p w14:paraId="249FDABE" w14:textId="77777777" w:rsidR="00C81BAC" w:rsidRDefault="00C81BAC">
            <w:pPr>
              <w:rPr>
                <w:rFonts w:ascii="Arial" w:hAnsi="Arial" w:cs="Arial"/>
              </w:rPr>
            </w:pPr>
          </w:p>
          <w:p w14:paraId="4DC57B73" w14:textId="77777777" w:rsidR="00C81BAC" w:rsidRDefault="00C81BAC">
            <w:pPr>
              <w:rPr>
                <w:rFonts w:ascii="Arial" w:hAnsi="Arial" w:cs="Arial"/>
              </w:rPr>
            </w:pPr>
          </w:p>
        </w:tc>
      </w:tr>
    </w:tbl>
    <w:p w14:paraId="04005DBF" w14:textId="77777777" w:rsidR="00E94C0C" w:rsidRDefault="00E94C0C" w:rsidP="00E94C0C">
      <w:pPr>
        <w:rPr>
          <w:rFonts w:ascii="Arial" w:hAnsi="Arial" w:cs="Arial"/>
        </w:rPr>
      </w:pPr>
    </w:p>
    <w:p w14:paraId="1D190E27" w14:textId="4C0ED6FE" w:rsidR="00E94C0C" w:rsidRDefault="00E94C0C" w:rsidP="00E94C0C">
      <w:pPr>
        <w:rPr>
          <w:rFonts w:ascii="Arial" w:hAnsi="Arial" w:cs="Arial"/>
          <w:b/>
          <w:bCs/>
          <w:color w:val="486F27"/>
          <w:sz w:val="32"/>
          <w:szCs w:val="32"/>
        </w:rPr>
      </w:pPr>
      <w:r>
        <w:rPr>
          <w:rFonts w:ascii="Arial" w:hAnsi="Arial" w:cs="Arial"/>
          <w:b/>
          <w:bCs/>
          <w:color w:val="486F27"/>
          <w:sz w:val="32"/>
          <w:szCs w:val="32"/>
        </w:rPr>
        <w:t>C</w:t>
      </w:r>
      <w:r w:rsidRPr="00C81BAC">
        <w:rPr>
          <w:rFonts w:ascii="Arial" w:hAnsi="Arial" w:cs="Arial"/>
          <w:b/>
          <w:bCs/>
          <w:color w:val="486F27"/>
          <w:sz w:val="32"/>
          <w:szCs w:val="32"/>
        </w:rPr>
        <w:t xml:space="preserve">: </w:t>
      </w:r>
      <w:r>
        <w:rPr>
          <w:rFonts w:ascii="Arial" w:hAnsi="Arial" w:cs="Arial"/>
          <w:b/>
          <w:bCs/>
          <w:color w:val="486F27"/>
          <w:sz w:val="32"/>
          <w:szCs w:val="32"/>
        </w:rPr>
        <w:t>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833"/>
      </w:tblGrid>
      <w:tr w:rsidR="00E94C0C" w14:paraId="1B1EE6AC" w14:textId="77777777" w:rsidTr="00E94C0C">
        <w:tc>
          <w:tcPr>
            <w:tcW w:w="4957" w:type="dxa"/>
            <w:shd w:val="clear" w:color="auto" w:fill="E2F2E5"/>
          </w:tcPr>
          <w:p w14:paraId="34F32605" w14:textId="77777777" w:rsidR="00E94C0C" w:rsidRPr="00E94C0C" w:rsidRDefault="00E94C0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>Number of participants so far</w:t>
            </w:r>
          </w:p>
          <w:p w14:paraId="49B3EB37" w14:textId="24D715C0" w:rsidR="00E94C0C" w:rsidRPr="00E94C0C" w:rsidRDefault="00E94C0C">
            <w:pPr>
              <w:rPr>
                <w:rFonts w:ascii="Arial" w:hAnsi="Arial" w:cs="Arial"/>
                <w:i/>
                <w:iCs/>
              </w:rPr>
            </w:pPr>
            <w:r w:rsidRPr="00E94C0C">
              <w:rPr>
                <w:rFonts w:ascii="Arial" w:hAnsi="Arial" w:cs="Arial"/>
                <w:i/>
                <w:iCs/>
              </w:rPr>
              <w:t>This should be calculated based on the project overall and not aggregated. E.g. if you have 12 participants on a project who attend weekly for six weeks, the number of participants is 12, not 72.</w:t>
            </w:r>
          </w:p>
        </w:tc>
        <w:tc>
          <w:tcPr>
            <w:tcW w:w="5833" w:type="dxa"/>
          </w:tcPr>
          <w:p w14:paraId="16537792" w14:textId="77777777" w:rsidR="00E94C0C" w:rsidRDefault="00E94C0C">
            <w:pPr>
              <w:rPr>
                <w:rFonts w:ascii="Arial" w:hAnsi="Arial" w:cs="Arial"/>
              </w:rPr>
            </w:pPr>
          </w:p>
        </w:tc>
      </w:tr>
      <w:tr w:rsidR="00E94C0C" w14:paraId="24CF37D6" w14:textId="77777777" w:rsidTr="00E94C0C">
        <w:tc>
          <w:tcPr>
            <w:tcW w:w="4957" w:type="dxa"/>
            <w:shd w:val="clear" w:color="auto" w:fill="E2F2E5"/>
          </w:tcPr>
          <w:p w14:paraId="0B8404AB" w14:textId="285619CC" w:rsidR="00E94C0C" w:rsidRPr="00E94C0C" w:rsidRDefault="00E94C0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 xml:space="preserve">Are you reaching your intended participants? </w:t>
            </w:r>
          </w:p>
        </w:tc>
        <w:tc>
          <w:tcPr>
            <w:tcW w:w="5833" w:type="dxa"/>
          </w:tcPr>
          <w:p w14:paraId="62B3BFBA" w14:textId="3411D8B5" w:rsidR="00E94C0C" w:rsidRDefault="00E94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  <w:tr w:rsidR="00E94C0C" w14:paraId="6A107BDC" w14:textId="77777777" w:rsidTr="00E94C0C">
        <w:tc>
          <w:tcPr>
            <w:tcW w:w="10790" w:type="dxa"/>
            <w:gridSpan w:val="2"/>
            <w:shd w:val="clear" w:color="auto" w:fill="E2F2E5"/>
          </w:tcPr>
          <w:p w14:paraId="0C6DC44D" w14:textId="27644A64" w:rsidR="00E94C0C" w:rsidRPr="00E94C0C" w:rsidRDefault="00E94C0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>If not, briefly explain what has changed and how you are responding.</w:t>
            </w:r>
          </w:p>
        </w:tc>
      </w:tr>
      <w:tr w:rsidR="00E94C0C" w14:paraId="48D35A4F" w14:textId="77777777" w:rsidTr="009C5824">
        <w:tc>
          <w:tcPr>
            <w:tcW w:w="10790" w:type="dxa"/>
            <w:gridSpan w:val="2"/>
          </w:tcPr>
          <w:p w14:paraId="299B9D97" w14:textId="77777777" w:rsidR="00E94C0C" w:rsidRDefault="00E94C0C">
            <w:pPr>
              <w:rPr>
                <w:rFonts w:ascii="Arial" w:hAnsi="Arial" w:cs="Arial"/>
              </w:rPr>
            </w:pPr>
          </w:p>
          <w:p w14:paraId="6BF078D3" w14:textId="77777777" w:rsidR="00E94C0C" w:rsidRDefault="00E94C0C">
            <w:pPr>
              <w:rPr>
                <w:rFonts w:ascii="Arial" w:hAnsi="Arial" w:cs="Arial"/>
              </w:rPr>
            </w:pPr>
          </w:p>
          <w:p w14:paraId="699968C0" w14:textId="77777777" w:rsidR="00E94C0C" w:rsidRDefault="00E94C0C">
            <w:pPr>
              <w:rPr>
                <w:rFonts w:ascii="Arial" w:hAnsi="Arial" w:cs="Arial"/>
              </w:rPr>
            </w:pPr>
          </w:p>
          <w:p w14:paraId="6CD15E19" w14:textId="77777777" w:rsidR="00E94C0C" w:rsidRDefault="00E94C0C">
            <w:pPr>
              <w:rPr>
                <w:rFonts w:ascii="Arial" w:hAnsi="Arial" w:cs="Arial"/>
              </w:rPr>
            </w:pPr>
          </w:p>
          <w:p w14:paraId="51691EE7" w14:textId="77777777" w:rsidR="00E94C0C" w:rsidRDefault="00E94C0C">
            <w:pPr>
              <w:rPr>
                <w:rFonts w:ascii="Arial" w:hAnsi="Arial" w:cs="Arial"/>
              </w:rPr>
            </w:pPr>
          </w:p>
        </w:tc>
      </w:tr>
    </w:tbl>
    <w:p w14:paraId="4BC8CDA2" w14:textId="58F710A4" w:rsidR="00562E3F" w:rsidRDefault="00E94C0C">
      <w:pPr>
        <w:rPr>
          <w:rFonts w:ascii="Arial" w:hAnsi="Arial" w:cs="Arial"/>
          <w:b/>
          <w:bCs/>
          <w:color w:val="486F27"/>
          <w:sz w:val="32"/>
          <w:szCs w:val="32"/>
        </w:rPr>
      </w:pPr>
      <w:r>
        <w:rPr>
          <w:rFonts w:ascii="Arial" w:hAnsi="Arial" w:cs="Arial"/>
          <w:b/>
          <w:bCs/>
          <w:color w:val="486F27"/>
          <w:sz w:val="32"/>
          <w:szCs w:val="32"/>
        </w:rPr>
        <w:lastRenderedPageBreak/>
        <w:br/>
        <w:t>D</w:t>
      </w:r>
      <w:r w:rsidRPr="00C81BAC">
        <w:rPr>
          <w:rFonts w:ascii="Arial" w:hAnsi="Arial" w:cs="Arial"/>
          <w:b/>
          <w:bCs/>
          <w:color w:val="486F27"/>
          <w:sz w:val="32"/>
          <w:szCs w:val="32"/>
        </w:rPr>
        <w:t xml:space="preserve">: </w:t>
      </w:r>
      <w:r>
        <w:rPr>
          <w:rFonts w:ascii="Arial" w:hAnsi="Arial" w:cs="Arial"/>
          <w:b/>
          <w:bCs/>
          <w:color w:val="486F27"/>
          <w:sz w:val="32"/>
          <w:szCs w:val="32"/>
        </w:rPr>
        <w:t>Delivery and 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4C0C" w14:paraId="2BB81B57" w14:textId="77777777" w:rsidTr="00E94C0C">
        <w:tc>
          <w:tcPr>
            <w:tcW w:w="10790" w:type="dxa"/>
            <w:shd w:val="clear" w:color="auto" w:fill="E2F2E5"/>
          </w:tcPr>
          <w:p w14:paraId="77523DF1" w14:textId="14151A2D" w:rsidR="00E94C0C" w:rsidRPr="00E94C0C" w:rsidRDefault="00E94C0C" w:rsidP="00E94C0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>Explain whether the project is on track (250 words max)</w:t>
            </w:r>
          </w:p>
          <w:p w14:paraId="2C3E419D" w14:textId="77777777" w:rsidR="00E94C0C" w:rsidRDefault="00E94C0C" w:rsidP="00E94C0C">
            <w:pPr>
              <w:rPr>
                <w:rFonts w:ascii="Arial" w:hAnsi="Arial" w:cs="Arial"/>
              </w:rPr>
            </w:pPr>
          </w:p>
          <w:p w14:paraId="3F90A935" w14:textId="291F2E41" w:rsidR="00E94C0C" w:rsidRDefault="00E94C0C" w:rsidP="00E94C0C">
            <w:pPr>
              <w:rPr>
                <w:rFonts w:ascii="Arial" w:hAnsi="Arial" w:cs="Arial"/>
              </w:rPr>
            </w:pPr>
            <w:r w:rsidRPr="00E94C0C">
              <w:rPr>
                <w:rFonts w:ascii="Arial" w:hAnsi="Arial" w:cs="Arial"/>
              </w:rPr>
              <w:t>Include any changes to activity, staffing, locations or timeline, and set out any revised delivery arrangements where relevant.</w:t>
            </w:r>
          </w:p>
        </w:tc>
      </w:tr>
      <w:tr w:rsidR="00E94C0C" w14:paraId="2CAB7401" w14:textId="77777777" w:rsidTr="00E94C0C">
        <w:tc>
          <w:tcPr>
            <w:tcW w:w="10790" w:type="dxa"/>
          </w:tcPr>
          <w:p w14:paraId="153E4AE0" w14:textId="77777777" w:rsidR="00E94C0C" w:rsidRDefault="00E94C0C">
            <w:pPr>
              <w:rPr>
                <w:rFonts w:ascii="Arial" w:hAnsi="Arial" w:cs="Arial"/>
              </w:rPr>
            </w:pPr>
          </w:p>
          <w:p w14:paraId="3BA97355" w14:textId="77777777" w:rsidR="00E94C0C" w:rsidRDefault="00E94C0C">
            <w:pPr>
              <w:rPr>
                <w:rFonts w:ascii="Arial" w:hAnsi="Arial" w:cs="Arial"/>
              </w:rPr>
            </w:pPr>
          </w:p>
          <w:p w14:paraId="7B6E52C2" w14:textId="77777777" w:rsidR="00E94C0C" w:rsidRDefault="00E94C0C">
            <w:pPr>
              <w:rPr>
                <w:rFonts w:ascii="Arial" w:hAnsi="Arial" w:cs="Arial"/>
              </w:rPr>
            </w:pPr>
          </w:p>
          <w:p w14:paraId="37613B87" w14:textId="77777777" w:rsidR="00E94C0C" w:rsidRDefault="00E94C0C">
            <w:pPr>
              <w:rPr>
                <w:rFonts w:ascii="Arial" w:hAnsi="Arial" w:cs="Arial"/>
              </w:rPr>
            </w:pPr>
          </w:p>
          <w:p w14:paraId="24347343" w14:textId="77777777" w:rsidR="00E94C0C" w:rsidRDefault="00E94C0C">
            <w:pPr>
              <w:rPr>
                <w:rFonts w:ascii="Arial" w:hAnsi="Arial" w:cs="Arial"/>
              </w:rPr>
            </w:pPr>
          </w:p>
          <w:p w14:paraId="41DC559D" w14:textId="77777777" w:rsidR="00E94C0C" w:rsidRDefault="00E94C0C">
            <w:pPr>
              <w:rPr>
                <w:rFonts w:ascii="Arial" w:hAnsi="Arial" w:cs="Arial"/>
              </w:rPr>
            </w:pPr>
          </w:p>
          <w:p w14:paraId="50FD9E37" w14:textId="77777777" w:rsidR="00E94C0C" w:rsidRDefault="00E94C0C">
            <w:pPr>
              <w:rPr>
                <w:rFonts w:ascii="Arial" w:hAnsi="Arial" w:cs="Arial"/>
              </w:rPr>
            </w:pPr>
          </w:p>
        </w:tc>
      </w:tr>
    </w:tbl>
    <w:p w14:paraId="0EEB1F74" w14:textId="0E267847" w:rsidR="00562E3F" w:rsidRPr="00167E44" w:rsidRDefault="00562E3F">
      <w:pPr>
        <w:rPr>
          <w:rFonts w:ascii="Arial" w:hAnsi="Arial" w:cs="Arial"/>
        </w:rPr>
      </w:pPr>
    </w:p>
    <w:p w14:paraId="6D226846" w14:textId="69124A29" w:rsidR="00562E3F" w:rsidRPr="00167E44" w:rsidRDefault="00E94C0C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486F27"/>
          <w:sz w:val="32"/>
          <w:szCs w:val="32"/>
        </w:rPr>
        <w:t>E</w:t>
      </w:r>
      <w:r w:rsidRPr="00C81BAC">
        <w:rPr>
          <w:rFonts w:ascii="Arial" w:hAnsi="Arial" w:cs="Arial"/>
          <w:b/>
          <w:bCs/>
          <w:color w:val="486F27"/>
          <w:sz w:val="32"/>
          <w:szCs w:val="32"/>
        </w:rPr>
        <w:t xml:space="preserve">: </w:t>
      </w:r>
      <w:r>
        <w:rPr>
          <w:rFonts w:ascii="Arial" w:hAnsi="Arial" w:cs="Arial"/>
          <w:b/>
          <w:bCs/>
          <w:color w:val="486F27"/>
          <w:sz w:val="32"/>
          <w:szCs w:val="32"/>
        </w:rPr>
        <w:t xml:space="preserve">Outcomes to </w:t>
      </w:r>
      <w:r w:rsidR="00D600B8">
        <w:rPr>
          <w:rFonts w:ascii="Arial" w:hAnsi="Arial" w:cs="Arial"/>
          <w:b/>
          <w:bCs/>
          <w:color w:val="486F27"/>
          <w:sz w:val="32"/>
          <w:szCs w:val="32"/>
        </w:rPr>
        <w:t>D</w:t>
      </w:r>
      <w:r>
        <w:rPr>
          <w:rFonts w:ascii="Arial" w:hAnsi="Arial" w:cs="Arial"/>
          <w:b/>
          <w:bCs/>
          <w:color w:val="486F27"/>
          <w:sz w:val="32"/>
          <w:szCs w:val="32"/>
        </w:rPr>
        <w:t>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4C0C" w14:paraId="0292B3D3" w14:textId="77777777" w:rsidTr="0028511E">
        <w:tc>
          <w:tcPr>
            <w:tcW w:w="10790" w:type="dxa"/>
            <w:shd w:val="clear" w:color="auto" w:fill="E2F2E5"/>
          </w:tcPr>
          <w:p w14:paraId="30EDAC06" w14:textId="75DB9D28" w:rsidR="00E94C0C" w:rsidRPr="00E94C0C" w:rsidRDefault="00E94C0C" w:rsidP="0028511E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>What early outcomes or impacts have you observed so far? (250 words max)</w:t>
            </w:r>
          </w:p>
          <w:p w14:paraId="2F248900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60038859" w14:textId="27A88D88" w:rsidR="00E94C0C" w:rsidRDefault="00E94C0C" w:rsidP="0028511E">
            <w:pPr>
              <w:rPr>
                <w:rFonts w:ascii="Arial" w:hAnsi="Arial" w:cs="Arial"/>
              </w:rPr>
            </w:pPr>
            <w:r w:rsidRPr="00167E44">
              <w:rPr>
                <w:rFonts w:ascii="Arial" w:hAnsi="Arial" w:cs="Arial"/>
              </w:rPr>
              <w:t>Where possible, include any feedback or evidence gathered</w:t>
            </w:r>
            <w:r>
              <w:rPr>
                <w:rFonts w:ascii="Arial" w:hAnsi="Arial" w:cs="Arial"/>
              </w:rPr>
              <w:t>.</w:t>
            </w:r>
          </w:p>
        </w:tc>
      </w:tr>
      <w:tr w:rsidR="00E94C0C" w14:paraId="6BE98811" w14:textId="77777777" w:rsidTr="0028511E">
        <w:tc>
          <w:tcPr>
            <w:tcW w:w="10790" w:type="dxa"/>
          </w:tcPr>
          <w:p w14:paraId="510951EF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6D992513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27304649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02052615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1A9292A7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0410CBCB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1366DAEE" w14:textId="77777777" w:rsidR="00E94C0C" w:rsidRDefault="00E94C0C" w:rsidP="0028511E">
            <w:pPr>
              <w:rPr>
                <w:rFonts w:ascii="Arial" w:hAnsi="Arial" w:cs="Arial"/>
              </w:rPr>
            </w:pPr>
          </w:p>
        </w:tc>
      </w:tr>
    </w:tbl>
    <w:p w14:paraId="30D8A733" w14:textId="60D0E5E7" w:rsidR="00562E3F" w:rsidRPr="00167E44" w:rsidRDefault="00562E3F">
      <w:pPr>
        <w:rPr>
          <w:rFonts w:ascii="Arial" w:hAnsi="Arial" w:cs="Arial"/>
        </w:rPr>
      </w:pPr>
    </w:p>
    <w:p w14:paraId="02930E19" w14:textId="372B8797" w:rsidR="00562E3F" w:rsidRPr="00167E44" w:rsidRDefault="00E94C0C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486F27"/>
          <w:sz w:val="32"/>
          <w:szCs w:val="32"/>
        </w:rPr>
        <w:t>F</w:t>
      </w:r>
      <w:r w:rsidRPr="00C81BAC">
        <w:rPr>
          <w:rFonts w:ascii="Arial" w:hAnsi="Arial" w:cs="Arial"/>
          <w:b/>
          <w:bCs/>
          <w:color w:val="486F27"/>
          <w:sz w:val="32"/>
          <w:szCs w:val="32"/>
        </w:rPr>
        <w:t xml:space="preserve">: </w:t>
      </w:r>
      <w:r>
        <w:rPr>
          <w:rFonts w:ascii="Arial" w:hAnsi="Arial" w:cs="Arial"/>
          <w:b/>
          <w:bCs/>
          <w:color w:val="486F27"/>
          <w:sz w:val="32"/>
          <w:szCs w:val="32"/>
        </w:rPr>
        <w:t>Risks and Challenges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4C0C" w14:paraId="2D0DDF54" w14:textId="77777777" w:rsidTr="0028511E">
        <w:tc>
          <w:tcPr>
            <w:tcW w:w="10790" w:type="dxa"/>
            <w:shd w:val="clear" w:color="auto" w:fill="E2F2E5"/>
          </w:tcPr>
          <w:p w14:paraId="4B30DFFE" w14:textId="2E08FF80" w:rsidR="00E94C0C" w:rsidRPr="00E94C0C" w:rsidRDefault="00E94C0C" w:rsidP="00E94C0C">
            <w:pPr>
              <w:rPr>
                <w:rFonts w:ascii="Arial" w:hAnsi="Arial" w:cs="Arial"/>
                <w:b/>
                <w:bCs/>
              </w:rPr>
            </w:pPr>
            <w:r w:rsidRPr="00E94C0C">
              <w:rPr>
                <w:rFonts w:ascii="Arial" w:hAnsi="Arial" w:cs="Arial"/>
                <w:b/>
                <w:bCs/>
              </w:rPr>
              <w:t>Describe any challenges, delays or risks that have arisen and explain how you are managing them (250 words max)</w:t>
            </w:r>
          </w:p>
        </w:tc>
      </w:tr>
      <w:tr w:rsidR="00E94C0C" w14:paraId="732D30DC" w14:textId="77777777" w:rsidTr="0028511E">
        <w:tc>
          <w:tcPr>
            <w:tcW w:w="10790" w:type="dxa"/>
          </w:tcPr>
          <w:p w14:paraId="083D5B02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34D905C3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04BEDFDD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299EC27B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4A97AE11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37FDA3A9" w14:textId="77777777" w:rsidR="00E94C0C" w:rsidRDefault="00E94C0C" w:rsidP="0028511E">
            <w:pPr>
              <w:rPr>
                <w:rFonts w:ascii="Arial" w:hAnsi="Arial" w:cs="Arial"/>
              </w:rPr>
            </w:pPr>
          </w:p>
          <w:p w14:paraId="187C49F0" w14:textId="77777777" w:rsidR="00E94C0C" w:rsidRDefault="00E94C0C" w:rsidP="0028511E">
            <w:pPr>
              <w:rPr>
                <w:rFonts w:ascii="Arial" w:hAnsi="Arial" w:cs="Arial"/>
              </w:rPr>
            </w:pPr>
          </w:p>
        </w:tc>
      </w:tr>
    </w:tbl>
    <w:p w14:paraId="56A76873" w14:textId="0656AC82" w:rsidR="00562E3F" w:rsidRPr="00167E44" w:rsidRDefault="00562E3F">
      <w:pPr>
        <w:rPr>
          <w:rFonts w:ascii="Arial" w:hAnsi="Arial" w:cs="Arial"/>
        </w:rPr>
      </w:pPr>
    </w:p>
    <w:p w14:paraId="6F5EFA63" w14:textId="0F077A0A" w:rsidR="00562E3F" w:rsidRDefault="0085590E">
      <w:pPr>
        <w:rPr>
          <w:rFonts w:ascii="Arial" w:hAnsi="Arial" w:cs="Arial"/>
          <w:b/>
          <w:bCs/>
          <w:color w:val="486F27"/>
          <w:sz w:val="32"/>
          <w:szCs w:val="32"/>
        </w:rPr>
      </w:pPr>
      <w:r>
        <w:rPr>
          <w:rFonts w:ascii="Arial" w:hAnsi="Arial" w:cs="Arial"/>
          <w:b/>
          <w:bCs/>
          <w:color w:val="486F27"/>
          <w:sz w:val="32"/>
          <w:szCs w:val="32"/>
        </w:rPr>
        <w:t>G</w:t>
      </w:r>
      <w:r w:rsidR="00E94C0C" w:rsidRPr="00C81BAC">
        <w:rPr>
          <w:rFonts w:ascii="Arial" w:hAnsi="Arial" w:cs="Arial"/>
          <w:b/>
          <w:bCs/>
          <w:color w:val="486F27"/>
          <w:sz w:val="32"/>
          <w:szCs w:val="32"/>
        </w:rPr>
        <w:t xml:space="preserve">: </w:t>
      </w:r>
      <w:r>
        <w:rPr>
          <w:rFonts w:ascii="Arial" w:hAnsi="Arial" w:cs="Arial"/>
          <w:b/>
          <w:bCs/>
          <w:color w:val="486F27"/>
          <w:sz w:val="32"/>
          <w:szCs w:val="32"/>
        </w:rPr>
        <w:t>Financial Update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4416"/>
      </w:tblGrid>
      <w:tr w:rsidR="0085590E" w14:paraId="57EA73C2" w14:textId="77777777" w:rsidTr="0085590E">
        <w:tc>
          <w:tcPr>
            <w:tcW w:w="6374" w:type="dxa"/>
            <w:shd w:val="clear" w:color="auto" w:fill="E2F2E5"/>
          </w:tcPr>
          <w:p w14:paraId="1BCBD850" w14:textId="0D5EAA3A" w:rsidR="0085590E" w:rsidRPr="00E94C0C" w:rsidRDefault="0085590E" w:rsidP="0028511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Actual spend to date</w:t>
            </w:r>
          </w:p>
        </w:tc>
        <w:tc>
          <w:tcPr>
            <w:tcW w:w="4416" w:type="dxa"/>
            <w:shd w:val="clear" w:color="auto" w:fill="FFFFFF" w:themeFill="background1"/>
          </w:tcPr>
          <w:p w14:paraId="0FFC2A2B" w14:textId="1CEDC2F3" w:rsidR="0085590E" w:rsidRPr="0085590E" w:rsidRDefault="0085590E" w:rsidP="0028511E">
            <w:pPr>
              <w:rPr>
                <w:rFonts w:ascii="Arial" w:hAnsi="Arial" w:cs="Arial"/>
              </w:rPr>
            </w:pPr>
            <w:r w:rsidRPr="0085590E">
              <w:rPr>
                <w:rFonts w:ascii="Arial" w:hAnsi="Arial" w:cs="Arial"/>
              </w:rPr>
              <w:t>£</w:t>
            </w:r>
          </w:p>
        </w:tc>
      </w:tr>
      <w:tr w:rsidR="0085590E" w14:paraId="7C71E1E9" w14:textId="77777777" w:rsidTr="0085590E">
        <w:tc>
          <w:tcPr>
            <w:tcW w:w="6374" w:type="dxa"/>
            <w:shd w:val="clear" w:color="auto" w:fill="E2F2E5"/>
          </w:tcPr>
          <w:p w14:paraId="5F7EE827" w14:textId="42277EBA" w:rsidR="0085590E" w:rsidRDefault="0085590E" w:rsidP="0028511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Forecast final spend</w:t>
            </w:r>
          </w:p>
        </w:tc>
        <w:tc>
          <w:tcPr>
            <w:tcW w:w="4416" w:type="dxa"/>
            <w:shd w:val="clear" w:color="auto" w:fill="FFFFFF" w:themeFill="background1"/>
          </w:tcPr>
          <w:p w14:paraId="229D0267" w14:textId="685CAC0E" w:rsidR="0085590E" w:rsidRPr="0085590E" w:rsidRDefault="0085590E" w:rsidP="0028511E">
            <w:pPr>
              <w:rPr>
                <w:rFonts w:ascii="Arial" w:hAnsi="Arial" w:cs="Arial"/>
              </w:rPr>
            </w:pPr>
            <w:r w:rsidRPr="0085590E">
              <w:rPr>
                <w:rFonts w:ascii="Arial" w:hAnsi="Arial" w:cs="Arial"/>
              </w:rPr>
              <w:t>£</w:t>
            </w:r>
          </w:p>
        </w:tc>
      </w:tr>
      <w:tr w:rsidR="0085590E" w14:paraId="1BC15004" w14:textId="77777777" w:rsidTr="0085590E">
        <w:tc>
          <w:tcPr>
            <w:tcW w:w="6374" w:type="dxa"/>
            <w:shd w:val="clear" w:color="auto" w:fill="E2F2E5"/>
          </w:tcPr>
          <w:p w14:paraId="066713F4" w14:textId="65B60E7F" w:rsidR="0085590E" w:rsidRDefault="0085590E" w:rsidP="0028511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 project spend broadly in line with the approved budget?</w:t>
            </w:r>
          </w:p>
        </w:tc>
        <w:tc>
          <w:tcPr>
            <w:tcW w:w="4416" w:type="dxa"/>
            <w:shd w:val="clear" w:color="auto" w:fill="FFFFFF" w:themeFill="background1"/>
          </w:tcPr>
          <w:p w14:paraId="3B753D66" w14:textId="57947239" w:rsidR="0085590E" w:rsidRPr="0085590E" w:rsidRDefault="0085590E" w:rsidP="0028511E">
            <w:pPr>
              <w:rPr>
                <w:rFonts w:ascii="Arial" w:hAnsi="Arial" w:cs="Arial"/>
              </w:rPr>
            </w:pPr>
            <w:r w:rsidRPr="0085590E">
              <w:rPr>
                <w:rFonts w:ascii="Arial" w:hAnsi="Arial" w:cs="Arial"/>
              </w:rPr>
              <w:t>Yes/No</w:t>
            </w:r>
          </w:p>
        </w:tc>
      </w:tr>
      <w:tr w:rsidR="0085590E" w14:paraId="5B8CB066" w14:textId="77777777" w:rsidTr="0085590E">
        <w:tc>
          <w:tcPr>
            <w:tcW w:w="10790" w:type="dxa"/>
            <w:gridSpan w:val="2"/>
            <w:shd w:val="clear" w:color="auto" w:fill="E2F2E5"/>
          </w:tcPr>
          <w:p w14:paraId="4ACEFC0F" w14:textId="5D274312" w:rsidR="0085590E" w:rsidRPr="0085590E" w:rsidRDefault="0085590E" w:rsidP="0028511E">
            <w:pPr>
              <w:rPr>
                <w:rFonts w:ascii="Arial" w:hAnsi="Arial" w:cs="Arial"/>
                <w:b/>
                <w:bCs/>
              </w:rPr>
            </w:pPr>
            <w:r w:rsidRPr="0085590E">
              <w:rPr>
                <w:rFonts w:ascii="Arial" w:hAnsi="Arial" w:cs="Arial"/>
                <w:b/>
                <w:bCs/>
              </w:rPr>
              <w:lastRenderedPageBreak/>
              <w:t>If not, briefly explain any variations over 10%, underspend or overspend, how these are being managed (200 words max)</w:t>
            </w:r>
          </w:p>
          <w:p w14:paraId="40B9B873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028C4DAE" w14:textId="02201B45" w:rsidR="0085590E" w:rsidRDefault="0085590E" w:rsidP="0028511E">
            <w:pPr>
              <w:rPr>
                <w:rFonts w:ascii="Arial" w:hAnsi="Arial" w:cs="Arial"/>
              </w:rPr>
            </w:pPr>
            <w:r w:rsidRPr="0085590E">
              <w:rPr>
                <w:rFonts w:ascii="Arial" w:hAnsi="Arial" w:cs="Arial"/>
              </w:rPr>
              <w:t>Any changes to your planned project must be agreed in advance with your Lead Officer</w:t>
            </w:r>
            <w:r>
              <w:rPr>
                <w:rFonts w:ascii="Arial" w:hAnsi="Arial" w:cs="Arial"/>
              </w:rPr>
              <w:t>.</w:t>
            </w:r>
          </w:p>
        </w:tc>
      </w:tr>
      <w:tr w:rsidR="0085590E" w14:paraId="5466E152" w14:textId="77777777" w:rsidTr="0028511E">
        <w:tc>
          <w:tcPr>
            <w:tcW w:w="10790" w:type="dxa"/>
            <w:gridSpan w:val="2"/>
          </w:tcPr>
          <w:p w14:paraId="543F0AA2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21EE3ED6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69EFAF10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6B71DD05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45B7BD9F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4DB51D5A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5D1A48C7" w14:textId="77777777" w:rsidR="0085590E" w:rsidRDefault="0085590E" w:rsidP="0028511E">
            <w:pPr>
              <w:rPr>
                <w:rFonts w:ascii="Arial" w:hAnsi="Arial" w:cs="Arial"/>
              </w:rPr>
            </w:pPr>
          </w:p>
        </w:tc>
      </w:tr>
    </w:tbl>
    <w:p w14:paraId="13D306BF" w14:textId="77777777" w:rsidR="0085590E" w:rsidRDefault="0085590E">
      <w:pPr>
        <w:rPr>
          <w:rFonts w:ascii="Arial" w:hAnsi="Arial" w:cs="Arial"/>
          <w:b/>
          <w:bCs/>
          <w:color w:val="486F27"/>
          <w:sz w:val="32"/>
          <w:szCs w:val="32"/>
        </w:rPr>
      </w:pPr>
    </w:p>
    <w:p w14:paraId="093312AC" w14:textId="4E4D2741" w:rsidR="00562E3F" w:rsidRDefault="0085590E">
      <w:pPr>
        <w:rPr>
          <w:rFonts w:ascii="Arial" w:hAnsi="Arial" w:cs="Arial"/>
          <w:b/>
          <w:bCs/>
          <w:color w:val="486F27"/>
          <w:sz w:val="32"/>
          <w:szCs w:val="32"/>
        </w:rPr>
      </w:pPr>
      <w:r>
        <w:rPr>
          <w:rFonts w:ascii="Arial" w:hAnsi="Arial" w:cs="Arial"/>
          <w:b/>
          <w:bCs/>
          <w:color w:val="486F27"/>
          <w:sz w:val="32"/>
          <w:szCs w:val="32"/>
        </w:rPr>
        <w:t>H</w:t>
      </w:r>
      <w:r w:rsidR="00E94C0C" w:rsidRPr="00C81BAC">
        <w:rPr>
          <w:rFonts w:ascii="Arial" w:hAnsi="Arial" w:cs="Arial"/>
          <w:b/>
          <w:bCs/>
          <w:color w:val="486F27"/>
          <w:sz w:val="32"/>
          <w:szCs w:val="32"/>
        </w:rPr>
        <w:t xml:space="preserve">: </w:t>
      </w:r>
      <w:r>
        <w:rPr>
          <w:rFonts w:ascii="Arial" w:hAnsi="Arial" w:cs="Arial"/>
          <w:b/>
          <w:bCs/>
          <w:color w:val="486F27"/>
          <w:sz w:val="32"/>
          <w:szCs w:val="32"/>
        </w:rPr>
        <w:t>Support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590E" w14:paraId="246395D1" w14:textId="77777777" w:rsidTr="0028511E">
        <w:tc>
          <w:tcPr>
            <w:tcW w:w="10790" w:type="dxa"/>
            <w:shd w:val="clear" w:color="auto" w:fill="E2F2E5"/>
          </w:tcPr>
          <w:p w14:paraId="792BE7AB" w14:textId="2AD933A0" w:rsidR="0085590E" w:rsidRPr="00E94C0C" w:rsidRDefault="0085590E" w:rsidP="0028511E">
            <w:pPr>
              <w:rPr>
                <w:rFonts w:ascii="Arial" w:hAnsi="Arial" w:cs="Arial"/>
                <w:b/>
                <w:bCs/>
              </w:rPr>
            </w:pPr>
            <w:r w:rsidRPr="0085590E">
              <w:rPr>
                <w:rFonts w:ascii="Arial" w:hAnsi="Arial" w:cs="Arial"/>
                <w:b/>
                <w:bCs/>
              </w:rPr>
              <w:t>Do you require any additional support or input from Screen Scotland/Creative Scotland at this stage, beyond routine Lead Officer check ins?</w:t>
            </w:r>
          </w:p>
        </w:tc>
      </w:tr>
      <w:tr w:rsidR="0085590E" w14:paraId="68EBC43E" w14:textId="77777777" w:rsidTr="0028511E">
        <w:tc>
          <w:tcPr>
            <w:tcW w:w="10790" w:type="dxa"/>
          </w:tcPr>
          <w:p w14:paraId="1B772ECC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464B009B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46631280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61C98A52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0BCC531E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389D6BE2" w14:textId="77777777" w:rsidR="0085590E" w:rsidRDefault="0085590E" w:rsidP="0028511E">
            <w:pPr>
              <w:rPr>
                <w:rFonts w:ascii="Arial" w:hAnsi="Arial" w:cs="Arial"/>
              </w:rPr>
            </w:pPr>
          </w:p>
          <w:p w14:paraId="0A40899B" w14:textId="77777777" w:rsidR="0085590E" w:rsidRDefault="0085590E" w:rsidP="0028511E">
            <w:pPr>
              <w:rPr>
                <w:rFonts w:ascii="Arial" w:hAnsi="Arial" w:cs="Arial"/>
              </w:rPr>
            </w:pPr>
          </w:p>
        </w:tc>
      </w:tr>
    </w:tbl>
    <w:p w14:paraId="21D6A54C" w14:textId="0CCDA7D9" w:rsidR="00562E3F" w:rsidRPr="00167E44" w:rsidRDefault="00562E3F">
      <w:pPr>
        <w:rPr>
          <w:rFonts w:ascii="Arial" w:hAnsi="Arial" w:cs="Arial"/>
        </w:rPr>
      </w:pPr>
    </w:p>
    <w:p w14:paraId="429014E6" w14:textId="17672B4C" w:rsidR="00562E3F" w:rsidRPr="00167E44" w:rsidRDefault="0085590E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486F27"/>
          <w:sz w:val="32"/>
          <w:szCs w:val="32"/>
        </w:rPr>
        <w:t>I</w:t>
      </w:r>
      <w:r w:rsidR="00E94C0C" w:rsidRPr="00C81BAC">
        <w:rPr>
          <w:rFonts w:ascii="Arial" w:hAnsi="Arial" w:cs="Arial"/>
          <w:b/>
          <w:bCs/>
          <w:color w:val="486F27"/>
          <w:sz w:val="32"/>
          <w:szCs w:val="32"/>
        </w:rPr>
        <w:t xml:space="preserve">: </w:t>
      </w:r>
      <w:r>
        <w:rPr>
          <w:rFonts w:ascii="Arial" w:hAnsi="Arial" w:cs="Arial"/>
          <w:b/>
          <w:bCs/>
          <w:color w:val="486F27"/>
          <w:sz w:val="32"/>
          <w:szCs w:val="32"/>
        </w:rPr>
        <w:t>Declaration</w:t>
      </w:r>
    </w:p>
    <w:p w14:paraId="6D9583D2" w14:textId="62ED551D" w:rsidR="003C69ED" w:rsidRPr="007A5C3F" w:rsidRDefault="003C69ED" w:rsidP="003C69ED">
      <w:pPr>
        <w:rPr>
          <w:rFonts w:ascii="Arial" w:hAnsi="Arial" w:cs="Arial"/>
          <w:lang w:val="en-GB"/>
        </w:rPr>
      </w:pPr>
      <w:r w:rsidRPr="007A5C3F">
        <w:rPr>
          <w:rFonts w:ascii="Arial" w:hAnsi="Arial" w:cs="Arial"/>
          <w:lang w:val="en-GB"/>
        </w:rPr>
        <w:t xml:space="preserve">I hereby confirm </w:t>
      </w:r>
      <w:r>
        <w:rPr>
          <w:rFonts w:ascii="Arial" w:hAnsi="Arial" w:cs="Arial"/>
          <w:lang w:val="en-GB"/>
        </w:rPr>
        <w:t>that the information provided is accurate to the best of my knowledge</w:t>
      </w:r>
      <w:r w:rsidRPr="007A5C3F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id w:val="728421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1BEF121E" w14:textId="77777777" w:rsidR="003C69ED" w:rsidRDefault="003C69ED" w:rsidP="003C69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authorised person: </w:t>
      </w:r>
    </w:p>
    <w:p w14:paraId="3D96C212" w14:textId="77777777" w:rsidR="003C69ED" w:rsidRDefault="003C69ED" w:rsidP="003C69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Position of authoritsed person (if applicable): </w:t>
      </w:r>
    </w:p>
    <w:p w14:paraId="5B9FF6B7" w14:textId="77777777" w:rsidR="003C69ED" w:rsidRDefault="003C69ED" w:rsidP="003C69ED">
      <w:pPr>
        <w:rPr>
          <w:rFonts w:ascii="Arial" w:hAnsi="Arial" w:cs="Arial"/>
        </w:rPr>
      </w:pPr>
      <w:r>
        <w:rPr>
          <w:rFonts w:ascii="Arial" w:hAnsi="Arial" w:cs="Arial"/>
        </w:rPr>
        <w:t>Date: DD/YY/MM</w:t>
      </w:r>
    </w:p>
    <w:p w14:paraId="22C8C3F1" w14:textId="77777777" w:rsidR="003C69ED" w:rsidRDefault="003C69ED" w:rsidP="003C69ED">
      <w:pPr>
        <w:rPr>
          <w:rFonts w:ascii="Arial" w:hAnsi="Arial" w:cs="Arial"/>
        </w:rPr>
      </w:pPr>
      <w:r>
        <w:rPr>
          <w:rFonts w:ascii="Arial" w:hAnsi="Arial" w:cs="Arial"/>
        </w:rPr>
        <w:t>Signature:</w:t>
      </w:r>
    </w:p>
    <w:p w14:paraId="2C7E8F8D" w14:textId="0B11B8E4" w:rsidR="00562E3F" w:rsidRPr="00167E44" w:rsidRDefault="00DF68EC" w:rsidP="003C69ED">
      <w:pPr>
        <w:rPr>
          <w:rFonts w:ascii="Arial" w:hAnsi="Arial" w:cs="Arial"/>
        </w:rPr>
      </w:pPr>
      <w:r>
        <w:rPr>
          <w:rFonts w:ascii="Arial" w:hAnsi="Arial" w:cs="Arial"/>
        </w:rPr>
        <w:pict w14:anchorId="599CC0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79.4pt;height:89.4pt">
            <v:imagedata r:id="rId12" o:title=""/>
            <o:lock v:ext="edit" ungrouping="t" rotation="t" cropping="t" verticies="t" text="t" grouping="t"/>
            <o:signatureline v:ext="edit" id="{C626855F-3201-409A-A99F-8115DFA8DE61}" provid="{00000000-0000-0000-0000-000000000000}" issignatureline="t"/>
          </v:shape>
        </w:pict>
      </w:r>
    </w:p>
    <w:p w14:paraId="76BB02EE" w14:textId="518B4974" w:rsidR="00562E3F" w:rsidRPr="00167E44" w:rsidRDefault="001951C9">
      <w:pPr>
        <w:rPr>
          <w:rFonts w:ascii="Arial" w:hAnsi="Arial" w:cs="Arial"/>
        </w:rPr>
      </w:pPr>
      <w:r w:rsidRPr="00D432EF">
        <w:rPr>
          <w:rFonts w:ascii="Arial" w:hAnsi="Arial" w:cs="Arial"/>
          <w:b/>
          <w:bCs/>
          <w:lang w:val="en-GB"/>
        </w:rPr>
        <w:t xml:space="preserve">Please submit your completed </w:t>
      </w:r>
      <w:r>
        <w:rPr>
          <w:rFonts w:ascii="Arial" w:hAnsi="Arial" w:cs="Arial"/>
          <w:b/>
          <w:bCs/>
          <w:lang w:val="en-GB"/>
        </w:rPr>
        <w:t>Interim Monitoring</w:t>
      </w:r>
      <w:r w:rsidRPr="00D432EF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  <w:lang w:val="en-GB"/>
        </w:rPr>
        <w:t>F</w:t>
      </w:r>
      <w:r w:rsidRPr="00D432EF">
        <w:rPr>
          <w:rFonts w:ascii="Arial" w:hAnsi="Arial" w:cs="Arial"/>
          <w:b/>
          <w:bCs/>
          <w:lang w:val="en-GB"/>
        </w:rPr>
        <w:t xml:space="preserve">orm to </w:t>
      </w:r>
      <w:hyperlink r:id="rId13" w:history="1">
        <w:r w:rsidRPr="008D3BEF">
          <w:rPr>
            <w:rStyle w:val="Hyperlink"/>
            <w:rFonts w:ascii="Arial" w:hAnsi="Arial" w:cs="Arial"/>
            <w:b/>
            <w:bCs/>
            <w:color w:val="486F27"/>
            <w:lang w:val="en-GB"/>
          </w:rPr>
          <w:t>screen@creativescotland.com</w:t>
        </w:r>
      </w:hyperlink>
    </w:p>
    <w:sectPr w:rsidR="00562E3F" w:rsidRPr="00167E44" w:rsidSect="00235502">
      <w:footerReference w:type="defaul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4D61" w14:textId="77777777" w:rsidR="00DF68EC" w:rsidRDefault="00DF68EC" w:rsidP="001B632B">
      <w:pPr>
        <w:spacing w:after="0" w:line="240" w:lineRule="auto"/>
      </w:pPr>
      <w:r>
        <w:separator/>
      </w:r>
    </w:p>
  </w:endnote>
  <w:endnote w:type="continuationSeparator" w:id="0">
    <w:p w14:paraId="4FD3D03F" w14:textId="77777777" w:rsidR="00DF68EC" w:rsidRDefault="00DF68EC" w:rsidP="001B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684123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45C784" w14:textId="3C5F3ABC" w:rsidR="001B632B" w:rsidRPr="001B632B" w:rsidRDefault="001B632B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1B632B">
          <w:rPr>
            <w:rFonts w:ascii="Arial" w:hAnsi="Arial" w:cs="Arial"/>
            <w:sz w:val="20"/>
            <w:szCs w:val="20"/>
          </w:rPr>
          <w:t xml:space="preserve">Screen Education Fund – Interim Project Monitoring Form 2026/27 | </w:t>
        </w:r>
        <w:r w:rsidRPr="001B632B">
          <w:rPr>
            <w:rFonts w:ascii="Arial" w:hAnsi="Arial" w:cs="Arial"/>
            <w:sz w:val="20"/>
            <w:szCs w:val="20"/>
          </w:rPr>
          <w:fldChar w:fldCharType="begin"/>
        </w:r>
        <w:r w:rsidRPr="001B632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B632B">
          <w:rPr>
            <w:rFonts w:ascii="Arial" w:hAnsi="Arial" w:cs="Arial"/>
            <w:sz w:val="20"/>
            <w:szCs w:val="20"/>
          </w:rPr>
          <w:fldChar w:fldCharType="separate"/>
        </w:r>
        <w:r w:rsidRPr="001B632B">
          <w:rPr>
            <w:rFonts w:ascii="Arial" w:hAnsi="Arial" w:cs="Arial"/>
            <w:noProof/>
            <w:sz w:val="20"/>
            <w:szCs w:val="20"/>
          </w:rPr>
          <w:t>2</w:t>
        </w:r>
        <w:r w:rsidRPr="001B632B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0B5B0F8" w14:textId="77777777" w:rsidR="001B632B" w:rsidRDefault="001B6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E6BE" w14:textId="77777777" w:rsidR="00DF68EC" w:rsidRDefault="00DF68EC" w:rsidP="001B632B">
      <w:pPr>
        <w:spacing w:after="0" w:line="240" w:lineRule="auto"/>
      </w:pPr>
      <w:r>
        <w:separator/>
      </w:r>
    </w:p>
  </w:footnote>
  <w:footnote w:type="continuationSeparator" w:id="0">
    <w:p w14:paraId="36B13E72" w14:textId="77777777" w:rsidR="00DF68EC" w:rsidRDefault="00DF68EC" w:rsidP="001B6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9881667">
    <w:abstractNumId w:val="8"/>
  </w:num>
  <w:num w:numId="2" w16cid:durableId="806509965">
    <w:abstractNumId w:val="6"/>
  </w:num>
  <w:num w:numId="3" w16cid:durableId="1171263001">
    <w:abstractNumId w:val="5"/>
  </w:num>
  <w:num w:numId="4" w16cid:durableId="543980700">
    <w:abstractNumId w:val="4"/>
  </w:num>
  <w:num w:numId="5" w16cid:durableId="48919670">
    <w:abstractNumId w:val="7"/>
  </w:num>
  <w:num w:numId="6" w16cid:durableId="877547595">
    <w:abstractNumId w:val="3"/>
  </w:num>
  <w:num w:numId="7" w16cid:durableId="85924449">
    <w:abstractNumId w:val="2"/>
  </w:num>
  <w:num w:numId="8" w16cid:durableId="1673987646">
    <w:abstractNumId w:val="1"/>
  </w:num>
  <w:num w:numId="9" w16cid:durableId="179845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DF3"/>
    <w:rsid w:val="00034616"/>
    <w:rsid w:val="0006063C"/>
    <w:rsid w:val="00120706"/>
    <w:rsid w:val="0015074B"/>
    <w:rsid w:val="00162B9A"/>
    <w:rsid w:val="00166CCC"/>
    <w:rsid w:val="00167E44"/>
    <w:rsid w:val="00172A9B"/>
    <w:rsid w:val="001951C9"/>
    <w:rsid w:val="001B632B"/>
    <w:rsid w:val="001E5F69"/>
    <w:rsid w:val="00206204"/>
    <w:rsid w:val="00212318"/>
    <w:rsid w:val="00235502"/>
    <w:rsid w:val="0029639D"/>
    <w:rsid w:val="002B014D"/>
    <w:rsid w:val="00313DB8"/>
    <w:rsid w:val="00326F90"/>
    <w:rsid w:val="003B5D8A"/>
    <w:rsid w:val="003C69ED"/>
    <w:rsid w:val="003F0836"/>
    <w:rsid w:val="004E0B6C"/>
    <w:rsid w:val="005351B9"/>
    <w:rsid w:val="00562E3F"/>
    <w:rsid w:val="005802FB"/>
    <w:rsid w:val="005A4744"/>
    <w:rsid w:val="006B7CF6"/>
    <w:rsid w:val="00745E00"/>
    <w:rsid w:val="007D487B"/>
    <w:rsid w:val="00847ECD"/>
    <w:rsid w:val="0085590E"/>
    <w:rsid w:val="0098411F"/>
    <w:rsid w:val="00AA1D8D"/>
    <w:rsid w:val="00AC2397"/>
    <w:rsid w:val="00B47730"/>
    <w:rsid w:val="00B968DA"/>
    <w:rsid w:val="00BC5E3E"/>
    <w:rsid w:val="00C81BAC"/>
    <w:rsid w:val="00C83DFF"/>
    <w:rsid w:val="00C8780C"/>
    <w:rsid w:val="00CB0664"/>
    <w:rsid w:val="00D17453"/>
    <w:rsid w:val="00D600B8"/>
    <w:rsid w:val="00DB0B99"/>
    <w:rsid w:val="00DC68B8"/>
    <w:rsid w:val="00DF68EC"/>
    <w:rsid w:val="00E10335"/>
    <w:rsid w:val="00E725D2"/>
    <w:rsid w:val="00E94C0C"/>
    <w:rsid w:val="00F54E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5FDE86"/>
  <w14:defaultImageDpi w14:val="300"/>
  <w15:docId w15:val="{4ACE586A-2EE7-4EAD-B1BE-6E4D3DDF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98411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95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reen@creativescotland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e8e4d-f013-42ca-9eed-37a101d0488d" xsi:nil="true"/>
    <_Flow_SignoffStatus xmlns="0d7ce166-acc6-4f01-b8ec-4eed270bebe0" xsi:nil="true"/>
    <_ModernAudienceTargetUserField xmlns="0d7ce166-acc6-4f01-b8ec-4eed270bebe0">
      <UserInfo>
        <DisplayName/>
        <AccountId xsi:nil="true"/>
        <AccountType/>
      </UserInfo>
    </_ModernAudienceTargetUserField>
    <Poilcy xmlns="0d7ce166-acc6-4f01-b8ec-4eed270bebe0">Intranet 1</Poilcy>
    <Intranet xmlns="0d7ce166-acc6-4f01-b8ec-4eed270bebe0" xsi:nil="true"/>
    <lcf76f155ced4ddcb4097134ff3c332f xmlns="0d7ce166-acc6-4f01-b8ec-4eed270bebe0">
      <Terms xmlns="http://schemas.microsoft.com/office/infopath/2007/PartnerControls"/>
    </lcf76f155ced4ddcb4097134ff3c332f>
    <LeadOfficer xmlns="0d7ce166-acc6-4f01-b8ec-4eed270bebe0">
      <UserInfo>
        <DisplayName/>
        <AccountId xsi:nil="true"/>
        <AccountType/>
      </UserInfo>
    </LeadOfficer>
    <status xmlns="0d7ce166-acc6-4f01-b8ec-4eed270bebe0">true</statu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4A5177C66A44194F0CE4855626A87" ma:contentTypeVersion="27" ma:contentTypeDescription="Create a new document." ma:contentTypeScope="" ma:versionID="28eefb48302eb78f4d95ab008d246ba0">
  <xsd:schema xmlns:xsd="http://www.w3.org/2001/XMLSchema" xmlns:xs="http://www.w3.org/2001/XMLSchema" xmlns:p="http://schemas.microsoft.com/office/2006/metadata/properties" xmlns:ns2="f07e8e4d-f013-42ca-9eed-37a101d0488d" xmlns:ns3="0d7ce166-acc6-4f01-b8ec-4eed270bebe0" targetNamespace="http://schemas.microsoft.com/office/2006/metadata/properties" ma:root="true" ma:fieldsID="bae6f1c73259f807f77d34c0ad2e580e" ns2:_="" ns3:_="">
    <xsd:import namespace="f07e8e4d-f013-42ca-9eed-37a101d0488d"/>
    <xsd:import namespace="0d7ce166-acc6-4f01-b8ec-4eed270beb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status" minOccurs="0"/>
                <xsd:element ref="ns3:Poilcy" minOccurs="0"/>
                <xsd:element ref="ns3:Intranet" minOccurs="0"/>
                <xsd:element ref="ns3:MediaLengthInSeconds" minOccurs="0"/>
                <xsd:element ref="ns3:_ModernAudienceTargetUserField" minOccurs="0"/>
                <xsd:element ref="ns3:_ModernAudienceAadObjectI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LeadOffice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8e4d-f013-42ca-9eed-37a101d048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34720ea3-277f-4934-857e-c33a9c6aacc1}" ma:internalName="TaxCatchAll" ma:showField="CatchAllData" ma:web="f07e8e4d-f013-42ca-9eed-37a101d04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ce166-acc6-4f01-b8ec-4eed270be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status" ma:index="21" nillable="true" ma:displayName="status" ma:default="1" ma:format="Dropdown" ma:internalName="status">
      <xsd:simpleType>
        <xsd:restriction base="dms:Boolean"/>
      </xsd:simpleType>
    </xsd:element>
    <xsd:element name="Poilcy" ma:index="22" nillable="true" ma:displayName="Poilcy" ma:default="Intranet 1" ma:format="Dropdown" ma:internalName="Poilcy">
      <xsd:simpleType>
        <xsd:union memberTypes="dms:Text">
          <xsd:simpleType>
            <xsd:restriction base="dms:Choice">
              <xsd:enumeration value="Intranet 1"/>
              <xsd:enumeration value="Intranet 2"/>
              <xsd:enumeration value="Intranet 3"/>
            </xsd:restriction>
          </xsd:simpleType>
        </xsd:union>
      </xsd:simpleType>
    </xsd:element>
    <xsd:element name="Intranet" ma:index="23" nillable="true" ma:displayName="Intranet" ma:format="Dropdown" ma:internalName="Intranet">
      <xsd:simpleType>
        <xsd:union memberTypes="dms:Text">
          <xsd:simpleType>
            <xsd:restriction base="dms:Choice">
              <xsd:enumeration value="Intranet"/>
              <xsd:enumeration value="Enter Choice #2"/>
              <xsd:enumeration value="Enter Choice #3"/>
            </xsd:restriction>
          </xsd:simpleType>
        </xsd:un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_ModernAudienceTargetUserField" ma:index="25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6" nillable="true" ma:displayName="AudienceIds" ma:list="{b7d9da7d-f033-4ab3-be04-615275f198e3}" ma:internalName="_ModernAudienceAadObjectIds" ma:readOnly="true" ma:showField="_AadObjectIdForUser" ma:web="f07e8e4d-f013-42ca-9eed-37a101d04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5a327e9c-72b1-4bd1-acaa-cda1cf78f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eadOfficer" ma:index="32" nillable="true" ma:displayName="Lead Officer" ma:format="Dropdown" ma:list="UserInfo" ma:SharePointGroup="0" ma:internalName="Lead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CCC9D9-B56E-41CB-87B0-1E324249E8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7AD12-A1E7-4D2F-B02F-0C5DD5E60C38}">
  <ds:schemaRefs>
    <ds:schemaRef ds:uri="http://schemas.microsoft.com/office/2006/metadata/properties"/>
    <ds:schemaRef ds:uri="http://schemas.microsoft.com/office/infopath/2007/PartnerControls"/>
    <ds:schemaRef ds:uri="f07e8e4d-f013-42ca-9eed-37a101d0488d"/>
    <ds:schemaRef ds:uri="0d7ce166-acc6-4f01-b8ec-4eed270bebe0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63CF1C-E1EB-43D7-A5F2-990D6AFCB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e8e4d-f013-42ca-9eed-37a101d0488d"/>
    <ds:schemaRef ds:uri="0d7ce166-acc6-4f01-b8ec-4eed270be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Shannon Twiddy</cp:lastModifiedBy>
  <cp:revision>18</cp:revision>
  <dcterms:created xsi:type="dcterms:W3CDTF">2026-05-27T09:17:00Z</dcterms:created>
  <dcterms:modified xsi:type="dcterms:W3CDTF">2026-08-06T11:16:00Z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0x010100CF14A5177C66A44194F0CE4855626A87</vt:lpwstr>
  </property>
  <property fmtid="{D5CDD505-2E9C-101B-9397-08002B2CF9AE}" pid="3" name="MediaServiceImageTags">
    <vt:lpwstr/>
  </property>
</Properties>
</file>